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6B8B4" w14:textId="77777777" w:rsidR="00D37D2D" w:rsidRPr="00287918" w:rsidRDefault="004519AB" w:rsidP="00287918">
      <w:pPr>
        <w:pStyle w:val="Ttulo1"/>
        <w:rPr>
          <w:rFonts w:cs="Times New Roman"/>
          <w:szCs w:val="32"/>
        </w:rPr>
      </w:pPr>
      <w:bookmarkStart w:id="0" w:name="_Toc242217080"/>
      <w:r w:rsidRPr="00287918">
        <w:rPr>
          <w:rFonts w:cs="Times New Roman"/>
          <w:szCs w:val="32"/>
        </w:rPr>
        <w:t>MONOGRAFÍA</w:t>
      </w:r>
      <w:bookmarkEnd w:id="0"/>
    </w:p>
    <w:p w14:paraId="78A897BF" w14:textId="77777777" w:rsidR="00D37D2D" w:rsidRPr="00287918" w:rsidRDefault="004519AB" w:rsidP="00287918">
      <w:pPr>
        <w:pStyle w:val="Ttulo1"/>
        <w:rPr>
          <w:rFonts w:cs="Times New Roman"/>
          <w:szCs w:val="32"/>
        </w:rPr>
      </w:pPr>
      <w:bookmarkStart w:id="1" w:name="_Toc242217081"/>
      <w:r w:rsidRPr="00287918">
        <w:rPr>
          <w:rFonts w:cs="Times New Roman"/>
          <w:szCs w:val="32"/>
        </w:rPr>
        <w:t>LA INTELIGENCIA ARTIFICIAL EN EL PERÚ</w:t>
      </w:r>
      <w:r w:rsidRPr="00287918">
        <w:rPr>
          <w:rFonts w:cs="Times New Roman"/>
          <w:szCs w:val="32"/>
        </w:rPr>
        <w:br/>
        <w:t>EN LOS ÚLTIMOS AÑOS</w:t>
      </w:r>
      <w:bookmarkEnd w:id="1"/>
    </w:p>
    <w:p w14:paraId="76D269BA" w14:textId="77777777" w:rsidR="00D37D2D" w:rsidRPr="00287918" w:rsidRDefault="004519AB" w:rsidP="00287918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proofErr w:type="spellStart"/>
      <w:r w:rsidRPr="00287918">
        <w:rPr>
          <w:rFonts w:ascii="Times New Roman" w:hAnsi="Times New Roman" w:cs="Times New Roman"/>
          <w:sz w:val="22"/>
        </w:rPr>
        <w:t>Análisis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evolución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aplicaciones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oportunidades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desafíos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(2023–2026)</w:t>
      </w:r>
    </w:p>
    <w:p w14:paraId="012F01C8" w14:textId="77777777" w:rsidR="00D37D2D" w:rsidRPr="00287918" w:rsidRDefault="004519AB" w:rsidP="00287918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678721C" wp14:editId="71A7C988">
            <wp:extent cx="4500562" cy="2600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_technology_illustrati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5959" cy="260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C7C5D" w14:textId="77777777" w:rsidR="00287918" w:rsidRPr="00287918" w:rsidRDefault="00287918" w:rsidP="00287918">
      <w:pPr>
        <w:pStyle w:val="Ttulo2"/>
        <w:spacing w:line="360" w:lineRule="auto"/>
        <w:rPr>
          <w:rFonts w:cs="Times New Roman"/>
          <w:szCs w:val="22"/>
        </w:rPr>
      </w:pPr>
    </w:p>
    <w:p w14:paraId="11021112" w14:textId="77777777" w:rsidR="00287918" w:rsidRPr="00287918" w:rsidRDefault="00287918" w:rsidP="00287918">
      <w:pPr>
        <w:pStyle w:val="Ttulo2"/>
        <w:spacing w:line="360" w:lineRule="auto"/>
        <w:rPr>
          <w:rFonts w:cs="Times New Roman"/>
          <w:szCs w:val="22"/>
        </w:rPr>
      </w:pPr>
    </w:p>
    <w:p w14:paraId="4C7F4963" w14:textId="77777777" w:rsidR="00287918" w:rsidRPr="00287918" w:rsidRDefault="00287918" w:rsidP="00287918">
      <w:pPr>
        <w:pStyle w:val="Ttulo2"/>
        <w:spacing w:line="360" w:lineRule="auto"/>
        <w:rPr>
          <w:rFonts w:cs="Times New Roman"/>
          <w:szCs w:val="22"/>
        </w:rPr>
      </w:pPr>
    </w:p>
    <w:p w14:paraId="0363F6DA" w14:textId="1755AA9F" w:rsidR="00D37D2D" w:rsidRPr="00287918" w:rsidRDefault="004519AB" w:rsidP="00287918">
      <w:pPr>
        <w:pStyle w:val="Ttulo2"/>
        <w:spacing w:line="360" w:lineRule="auto"/>
        <w:jc w:val="center"/>
        <w:rPr>
          <w:rFonts w:cs="Times New Roman"/>
          <w:szCs w:val="22"/>
        </w:rPr>
      </w:pPr>
      <w:bookmarkStart w:id="2" w:name="_Toc242217082"/>
      <w:r w:rsidRPr="00287918">
        <w:rPr>
          <w:rFonts w:cs="Times New Roman"/>
          <w:szCs w:val="22"/>
        </w:rPr>
        <w:t>AUTOR</w:t>
      </w:r>
      <w:bookmarkEnd w:id="2"/>
    </w:p>
    <w:p w14:paraId="2D01CE95" w14:textId="77777777" w:rsidR="00D37D2D" w:rsidRPr="00287918" w:rsidRDefault="004519AB" w:rsidP="00287918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287918">
        <w:rPr>
          <w:rFonts w:ascii="Times New Roman" w:hAnsi="Times New Roman" w:cs="Times New Roman"/>
          <w:b/>
          <w:bCs/>
          <w:sz w:val="22"/>
        </w:rPr>
        <w:t>Smith Huanca Torres</w:t>
      </w:r>
    </w:p>
    <w:p w14:paraId="395EF0BF" w14:textId="77777777" w:rsidR="00D37D2D" w:rsidRPr="00287918" w:rsidRDefault="004519AB" w:rsidP="00287918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>Perú – 2026</w:t>
      </w:r>
    </w:p>
    <w:p w14:paraId="0A4695EF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br w:type="page"/>
      </w:r>
    </w:p>
    <w:sdt>
      <w:sdtPr>
        <w:rPr>
          <w:rFonts w:ascii="Arial" w:eastAsiaTheme="minorEastAsia" w:hAnsi="Arial" w:cstheme="minorBidi"/>
          <w:b w:val="0"/>
          <w:bCs w:val="0"/>
          <w:sz w:val="18"/>
          <w:szCs w:val="22"/>
          <w:lang w:val="es-ES"/>
        </w:rPr>
        <w:id w:val="846981369"/>
        <w:docPartObj>
          <w:docPartGallery w:val="Table of Contents"/>
          <w:docPartUnique/>
        </w:docPartObj>
      </w:sdtPr>
      <w:sdtEndPr/>
      <w:sdtContent>
        <w:p w14:paraId="2C614285" w14:textId="417110A9" w:rsidR="00FC55AD" w:rsidRPr="00FC55AD" w:rsidRDefault="00FC55AD">
          <w:pPr>
            <w:pStyle w:val="TtuloTDC"/>
            <w:rPr>
              <w:rStyle w:val="Ttulo1Car"/>
            </w:rPr>
          </w:pPr>
          <w:r w:rsidRPr="00FC55AD">
            <w:rPr>
              <w:rStyle w:val="Ttulo1Car"/>
              <w:lang w:val="es-ES"/>
            </w:rPr>
            <w:t>Contenido</w:t>
          </w:r>
        </w:p>
        <w:p w14:paraId="2CA6C990" w14:textId="2010BD14" w:rsidR="0097094B" w:rsidRDefault="00FC55AD">
          <w:pPr>
            <w:pStyle w:val="TDC1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217080" w:history="1">
            <w:r w:rsidR="0097094B" w:rsidRPr="004866A3">
              <w:rPr>
                <w:rStyle w:val="Hipervnculo"/>
                <w:rFonts w:cs="Times New Roman"/>
                <w:noProof/>
              </w:rPr>
              <w:t>MONOGRAFÍA</w:t>
            </w:r>
            <w:r w:rsidR="0097094B">
              <w:rPr>
                <w:noProof/>
                <w:webHidden/>
              </w:rPr>
              <w:tab/>
            </w:r>
            <w:r w:rsidR="0097094B">
              <w:rPr>
                <w:noProof/>
                <w:webHidden/>
              </w:rPr>
              <w:fldChar w:fldCharType="begin"/>
            </w:r>
            <w:r w:rsidR="0097094B">
              <w:rPr>
                <w:noProof/>
                <w:webHidden/>
              </w:rPr>
              <w:instrText xml:space="preserve"> PAGEREF _Toc242217080 \h </w:instrText>
            </w:r>
            <w:r w:rsidR="0097094B">
              <w:rPr>
                <w:noProof/>
                <w:webHidden/>
              </w:rPr>
            </w:r>
            <w:r w:rsidR="0097094B">
              <w:rPr>
                <w:noProof/>
                <w:webHidden/>
              </w:rPr>
              <w:fldChar w:fldCharType="separate"/>
            </w:r>
            <w:r w:rsidR="0097094B">
              <w:rPr>
                <w:noProof/>
                <w:webHidden/>
              </w:rPr>
              <w:t>i</w:t>
            </w:r>
            <w:r w:rsidR="0097094B">
              <w:rPr>
                <w:noProof/>
                <w:webHidden/>
              </w:rPr>
              <w:fldChar w:fldCharType="end"/>
            </w:r>
          </w:hyperlink>
        </w:p>
        <w:p w14:paraId="158F5928" w14:textId="5503DF7F" w:rsidR="0097094B" w:rsidRDefault="0097094B">
          <w:pPr>
            <w:pStyle w:val="TDC1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81" w:history="1">
            <w:r w:rsidRPr="004866A3">
              <w:rPr>
                <w:rStyle w:val="Hipervnculo"/>
                <w:rFonts w:cs="Times New Roman"/>
                <w:noProof/>
              </w:rPr>
              <w:t>LA INTELIGENCIA ARTIFICIAL EN EL PERÚ EN LOS ÚLTIMOS AÑOS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BFDB7" w14:textId="3194718F" w:rsidR="0097094B" w:rsidRDefault="0097094B">
          <w:pPr>
            <w:pStyle w:val="TDC2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82" w:history="1">
            <w:r w:rsidRPr="004866A3">
              <w:rPr>
                <w:rStyle w:val="Hipervnculo"/>
                <w:rFonts w:cs="Times New Roman"/>
                <w:noProof/>
              </w:rPr>
              <w:t>AUTOR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21396F" w14:textId="5D4007CD" w:rsidR="0097094B" w:rsidRDefault="0097094B">
          <w:pPr>
            <w:pStyle w:val="TDC2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83" w:history="1">
            <w:r w:rsidRPr="004866A3">
              <w:rPr>
                <w:rStyle w:val="Hipervnculo"/>
                <w:rFonts w:cs="Times New Roman"/>
                <w:noProof/>
              </w:rPr>
              <w:t>DEDICATORIA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A53D01" w14:textId="27EF4D64" w:rsidR="0097094B" w:rsidRDefault="0097094B">
          <w:pPr>
            <w:pStyle w:val="TDC2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84" w:history="1">
            <w:r w:rsidRPr="004866A3">
              <w:rPr>
                <w:rStyle w:val="Hipervnculo"/>
                <w:rFonts w:cs="Times New Roman"/>
                <w:noProof/>
              </w:rPr>
              <w:t>RESUMEN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221580" w14:textId="0C3B1E21" w:rsidR="0097094B" w:rsidRDefault="0097094B">
          <w:pPr>
            <w:pStyle w:val="TDC2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85" w:history="1">
            <w:r w:rsidRPr="004866A3">
              <w:rPr>
                <w:rStyle w:val="Hipervnculo"/>
                <w:rFonts w:cs="Times New Roman"/>
                <w:noProof/>
              </w:rPr>
              <w:t>La inteligencia artificial (IA)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9F8394" w14:textId="310360FD" w:rsidR="0097094B" w:rsidRDefault="0097094B">
          <w:pPr>
            <w:pStyle w:val="TDC1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86" w:history="1">
            <w:r w:rsidRPr="004866A3">
              <w:rPr>
                <w:rStyle w:val="Hipervnculo"/>
                <w:rFonts w:cs="Times New Roman"/>
                <w:noProof/>
              </w:rPr>
              <w:t>CAPÍTULO 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878175" w14:textId="1E88D4A2" w:rsidR="0097094B" w:rsidRDefault="0097094B">
          <w:pPr>
            <w:pStyle w:val="TDC1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87" w:history="1">
            <w:r w:rsidRPr="004866A3">
              <w:rPr>
                <w:rStyle w:val="Hipervnculo"/>
                <w:rFonts w:cs="Times New Roman"/>
                <w:noProof/>
              </w:rPr>
              <w:t>EVOLUCIÓN DE LA INTELIGENCIA ARTIFICIAL EN EL PERÚ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7E4449" w14:textId="1F6B649F" w:rsidR="0097094B" w:rsidRDefault="0097094B">
          <w:pPr>
            <w:pStyle w:val="TDC2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88" w:history="1">
            <w:r w:rsidRPr="004866A3">
              <w:rPr>
                <w:rStyle w:val="Hipervnculo"/>
                <w:rFonts w:cs="Times New Roman"/>
                <w:noProof/>
              </w:rPr>
              <w:t>LA INTELIGENCIA ARTIFICIAL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0E9C1B" w14:textId="73C4193F" w:rsidR="0097094B" w:rsidRDefault="0097094B">
          <w:pPr>
            <w:pStyle w:val="TDC3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89" w:history="1">
            <w:r w:rsidRPr="004866A3">
              <w:rPr>
                <w:rStyle w:val="Hipervnculo"/>
                <w:rFonts w:cs="Times New Roman"/>
                <w:noProof/>
              </w:rPr>
              <w:t>Figura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878DC0" w14:textId="17254C3B" w:rsidR="0097094B" w:rsidRDefault="0097094B">
          <w:pPr>
            <w:pStyle w:val="TDC1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90" w:history="1">
            <w:r w:rsidRPr="004866A3">
              <w:rPr>
                <w:rStyle w:val="Hipervnculo"/>
                <w:rFonts w:cs="Times New Roman"/>
                <w:noProof/>
              </w:rPr>
              <w:t>CAPÍTULO II.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55E5B3" w14:textId="0D22F2FC" w:rsidR="0097094B" w:rsidRDefault="0097094B">
          <w:pPr>
            <w:pStyle w:val="TDC1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91" w:history="1">
            <w:r w:rsidRPr="004866A3">
              <w:rPr>
                <w:rStyle w:val="Hipervnculo"/>
                <w:rFonts w:cs="Times New Roman"/>
                <w:noProof/>
              </w:rPr>
              <w:t>APLICACIONES Y AVANCES RECIENTES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59F3E6" w14:textId="26380891" w:rsidR="0097094B" w:rsidRDefault="0097094B">
          <w:pPr>
            <w:pStyle w:val="TDC2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92" w:history="1">
            <w:r w:rsidRPr="004866A3">
              <w:rPr>
                <w:rStyle w:val="Hipervnculo"/>
                <w:rFonts w:cs="Times New Roman"/>
                <w:noProof/>
              </w:rPr>
              <w:t>LA IA ESTÁ ENCONTRANDO APLICACIONES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E7960" w14:textId="6F4F93FA" w:rsidR="0097094B" w:rsidRDefault="0097094B">
          <w:pPr>
            <w:pStyle w:val="TDC3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93" w:history="1">
            <w:r w:rsidRPr="004866A3">
              <w:rPr>
                <w:rStyle w:val="Hipervnculo"/>
                <w:rFonts w:cs="Times New Roman"/>
                <w:noProof/>
              </w:rPr>
              <w:t>En salud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B321E8" w14:textId="4B8D03D2" w:rsidR="0097094B" w:rsidRDefault="0097094B">
          <w:pPr>
            <w:pStyle w:val="TDC1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94" w:history="1">
            <w:r w:rsidRPr="004866A3">
              <w:rPr>
                <w:rStyle w:val="Hipervnculo"/>
                <w:rFonts w:cs="Times New Roman"/>
                <w:noProof/>
              </w:rPr>
              <w:t>CAPÍTULO III.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A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288671" w14:textId="3956FC60" w:rsidR="0097094B" w:rsidRDefault="0097094B">
          <w:pPr>
            <w:pStyle w:val="TDC1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95" w:history="1">
            <w:r w:rsidRPr="004866A3">
              <w:rPr>
                <w:rStyle w:val="Hipervnculo"/>
                <w:rFonts w:cs="Times New Roman"/>
                <w:noProof/>
              </w:rPr>
              <w:t>OPORTUNIDADES, RIESGOS Y PERSPECTIVAS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A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BA69A1" w14:textId="3F10B461" w:rsidR="0097094B" w:rsidRDefault="0097094B">
          <w:pPr>
            <w:pStyle w:val="TDC2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96" w:history="1">
            <w:r w:rsidRPr="004866A3">
              <w:rPr>
                <w:rStyle w:val="Hipervnculo"/>
                <w:rFonts w:cs="Times New Roman"/>
                <w:noProof/>
              </w:rPr>
              <w:t>ENTRE LAS OPORTUNIDADES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A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731165" w14:textId="2896A8DF" w:rsidR="0097094B" w:rsidRDefault="0097094B">
          <w:pPr>
            <w:pStyle w:val="TDC1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97" w:history="1">
            <w:r w:rsidRPr="004866A3">
              <w:rPr>
                <w:rStyle w:val="Hipervnculo"/>
                <w:rFonts w:cs="Times New Roman"/>
                <w:noProof/>
              </w:rPr>
              <w:t>CONCLUSIONES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B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6F033F" w14:textId="47DF2A75" w:rsidR="0097094B" w:rsidRDefault="0097094B">
          <w:pPr>
            <w:pStyle w:val="TDC1"/>
            <w:tabs>
              <w:tab w:val="right" w:leader="dot" w:pos="10156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es-PE" w:eastAsia="es-PE"/>
              <w14:ligatures w14:val="standardContextual"/>
            </w:rPr>
          </w:pPr>
          <w:hyperlink w:anchor="_Toc242217098" w:history="1">
            <w:r w:rsidRPr="004866A3">
              <w:rPr>
                <w:rStyle w:val="Hipervnculo"/>
                <w:rFonts w:cs="Times New Roman"/>
                <w:noProof/>
              </w:rPr>
              <w:t>BIBLIOGRAFÍA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_Toc242217098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E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41A862" w14:textId="46DC3A2A" w:rsidR="00FC55AD" w:rsidRDefault="00FC55AD">
          <w:r>
            <w:rPr>
              <w:b/>
              <w:bCs/>
              <w:lang w:val="es-ES"/>
            </w:rPr>
            <w:fldChar w:fldCharType="end"/>
          </w:r>
        </w:p>
      </w:sdtContent>
    </w:sdt>
    <w:p w14:paraId="51A00E8D" w14:textId="0273A857" w:rsidR="008458FB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211ACD20" w14:textId="77777777" w:rsidR="00907FC5" w:rsidRPr="00287918" w:rsidRDefault="00907FC5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6951A047" w14:textId="05713836" w:rsidR="00FC55AD" w:rsidRDefault="00FC55AD">
      <w:pPr>
        <w:spacing w:after="200" w:line="276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63861634" w14:textId="77777777" w:rsidR="00907FC5" w:rsidRDefault="00907FC5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798F9C8B" w14:textId="77777777" w:rsidR="00FC55AD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59585371" w14:textId="77777777" w:rsidR="00FC55AD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2DC5FC29" w14:textId="77777777" w:rsidR="00FC55AD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5E796B8D" w14:textId="77777777" w:rsidR="00FC55AD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29143CF1" w14:textId="77777777" w:rsidR="00FC55AD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33464174" w14:textId="77777777" w:rsidR="00FC55AD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0EE83FF3" w14:textId="77777777" w:rsidR="00FC55AD" w:rsidRPr="00287918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44E210F8" w14:textId="77777777" w:rsidR="00907FC5" w:rsidRPr="00287918" w:rsidRDefault="00907FC5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50F2B901" w14:textId="7B7EA738" w:rsidR="00D37D2D" w:rsidRPr="00287918" w:rsidRDefault="004519AB" w:rsidP="00FC55AD">
      <w:pPr>
        <w:pStyle w:val="Ttulo2"/>
        <w:spacing w:line="360" w:lineRule="auto"/>
        <w:ind w:left="6532" w:firstLine="668"/>
        <w:jc w:val="both"/>
        <w:rPr>
          <w:rFonts w:cs="Times New Roman"/>
          <w:szCs w:val="22"/>
        </w:rPr>
      </w:pPr>
      <w:bookmarkStart w:id="3" w:name="_Toc242094269"/>
      <w:bookmarkStart w:id="4" w:name="_Toc242217083"/>
      <w:r w:rsidRPr="00287918">
        <w:rPr>
          <w:rFonts w:cs="Times New Roman"/>
          <w:szCs w:val="22"/>
        </w:rPr>
        <w:t>DEDICATORIA</w:t>
      </w:r>
      <w:bookmarkEnd w:id="3"/>
      <w:bookmarkEnd w:id="4"/>
    </w:p>
    <w:p w14:paraId="0AB04AA3" w14:textId="77777777" w:rsidR="00D37D2D" w:rsidRPr="00287918" w:rsidRDefault="004519AB" w:rsidP="00FC55AD">
      <w:pPr>
        <w:spacing w:line="360" w:lineRule="auto"/>
        <w:ind w:left="5812"/>
        <w:jc w:val="both"/>
        <w:rPr>
          <w:rFonts w:ascii="Times New Roman" w:hAnsi="Times New Roman" w:cs="Times New Roman"/>
          <w:sz w:val="22"/>
        </w:rPr>
      </w:pPr>
      <w:proofErr w:type="spellStart"/>
      <w:r w:rsidRPr="00287918">
        <w:rPr>
          <w:rFonts w:ascii="Times New Roman" w:hAnsi="Times New Roman" w:cs="Times New Roman"/>
          <w:sz w:val="22"/>
        </w:rPr>
        <w:t>Dedico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monografía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mi familia, </w:t>
      </w:r>
      <w:proofErr w:type="spellStart"/>
      <w:r w:rsidRPr="00287918">
        <w:rPr>
          <w:rFonts w:ascii="Times New Roman" w:hAnsi="Times New Roman" w:cs="Times New Roman"/>
          <w:sz w:val="22"/>
        </w:rPr>
        <w:t>por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apoyo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constante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a mis </w:t>
      </w:r>
      <w:proofErr w:type="spellStart"/>
      <w:r w:rsidRPr="00287918">
        <w:rPr>
          <w:rFonts w:ascii="Times New Roman" w:hAnsi="Times New Roman" w:cs="Times New Roman"/>
          <w:sz w:val="22"/>
        </w:rPr>
        <w:t>docentes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por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mi </w:t>
      </w:r>
      <w:proofErr w:type="spellStart"/>
      <w:r w:rsidRPr="00287918">
        <w:rPr>
          <w:rFonts w:ascii="Times New Roman" w:hAnsi="Times New Roman" w:cs="Times New Roman"/>
          <w:sz w:val="22"/>
        </w:rPr>
        <w:t>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académica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y a </w:t>
      </w:r>
      <w:proofErr w:type="spellStart"/>
      <w:r w:rsidRPr="00287918">
        <w:rPr>
          <w:rFonts w:ascii="Times New Roman" w:hAnsi="Times New Roman" w:cs="Times New Roman"/>
          <w:sz w:val="22"/>
        </w:rPr>
        <w:t>todas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personas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buscan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comprender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aprovechar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responsablemente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nuevas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tecnologías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contribuir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Perú.</w:t>
      </w:r>
    </w:p>
    <w:p w14:paraId="4B3ECE09" w14:textId="77777777" w:rsidR="00907FC5" w:rsidRPr="00287918" w:rsidRDefault="00907FC5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304AFC2C" w14:textId="77777777" w:rsidR="00907FC5" w:rsidRPr="00287918" w:rsidRDefault="00907FC5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4DB990C2" w14:textId="77777777" w:rsidR="00907FC5" w:rsidRPr="00287918" w:rsidRDefault="00907FC5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282FC32B" w14:textId="58BBF62B" w:rsidR="00FC55AD" w:rsidRDefault="00FC55AD">
      <w:pPr>
        <w:spacing w:after="200" w:line="276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6452C6AD" w14:textId="62F33B1D" w:rsidR="00D37D2D" w:rsidRPr="00287918" w:rsidRDefault="004519AB" w:rsidP="00FC55AD">
      <w:pPr>
        <w:pStyle w:val="Ttulo2"/>
        <w:spacing w:line="360" w:lineRule="auto"/>
        <w:jc w:val="center"/>
        <w:rPr>
          <w:rFonts w:cs="Times New Roman"/>
          <w:szCs w:val="22"/>
        </w:rPr>
      </w:pPr>
      <w:bookmarkStart w:id="5" w:name="_Toc242094270"/>
      <w:bookmarkStart w:id="6" w:name="_Toc242217084"/>
      <w:r w:rsidRPr="00287918">
        <w:rPr>
          <w:rFonts w:cs="Times New Roman"/>
          <w:szCs w:val="22"/>
        </w:rPr>
        <w:lastRenderedPageBreak/>
        <w:t>RESUMEN</w:t>
      </w:r>
      <w:bookmarkEnd w:id="5"/>
      <w:bookmarkEnd w:id="6"/>
    </w:p>
    <w:p w14:paraId="569CD475" w14:textId="77777777" w:rsidR="00D37D2D" w:rsidRPr="00287918" w:rsidRDefault="004519AB" w:rsidP="0097094B">
      <w:pPr>
        <w:spacing w:line="360" w:lineRule="auto"/>
        <w:rPr>
          <w:rFonts w:ascii="Times New Roman" w:hAnsi="Times New Roman" w:cs="Times New Roman"/>
          <w:sz w:val="22"/>
        </w:rPr>
      </w:pPr>
      <w:bookmarkStart w:id="7" w:name="_Toc242217085"/>
      <w:r w:rsidRPr="0097094B">
        <w:rPr>
          <w:rStyle w:val="Ttulo2Car"/>
          <w:rFonts w:cs="Times New Roman"/>
          <w:sz w:val="22"/>
          <w:szCs w:val="22"/>
        </w:rPr>
        <w:t xml:space="preserve">La </w:t>
      </w:r>
      <w:proofErr w:type="spellStart"/>
      <w:r w:rsidRPr="0097094B">
        <w:rPr>
          <w:rStyle w:val="Ttulo2Car"/>
          <w:rFonts w:cs="Times New Roman"/>
          <w:sz w:val="22"/>
          <w:szCs w:val="22"/>
        </w:rPr>
        <w:t>inteligencia</w:t>
      </w:r>
      <w:proofErr w:type="spellEnd"/>
      <w:r w:rsidRPr="0097094B">
        <w:rPr>
          <w:rStyle w:val="Ttulo2Car"/>
          <w:rFonts w:cs="Times New Roman"/>
          <w:sz w:val="22"/>
          <w:szCs w:val="22"/>
        </w:rPr>
        <w:t xml:space="preserve"> artificial (IA)</w:t>
      </w:r>
      <w:bookmarkEnd w:id="7"/>
      <w:r w:rsidRPr="0097094B">
        <w:rPr>
          <w:rFonts w:ascii="Times New Roman" w:hAnsi="Times New Roman" w:cs="Times New Roman"/>
          <w:sz w:val="22"/>
        </w:rPr>
        <w:t xml:space="preserve"> se ha </w:t>
      </w:r>
      <w:proofErr w:type="spellStart"/>
      <w:r w:rsidRPr="0097094B">
        <w:rPr>
          <w:rFonts w:ascii="Times New Roman" w:hAnsi="Times New Roman" w:cs="Times New Roman"/>
          <w:sz w:val="22"/>
        </w:rPr>
        <w:t>convertido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en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una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de las </w:t>
      </w:r>
      <w:proofErr w:type="spellStart"/>
      <w:r w:rsidRPr="0097094B">
        <w:rPr>
          <w:rFonts w:ascii="Times New Roman" w:hAnsi="Times New Roman" w:cs="Times New Roman"/>
          <w:sz w:val="22"/>
        </w:rPr>
        <w:t>tecnologías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más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influyentes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97094B">
        <w:rPr>
          <w:rFonts w:ascii="Times New Roman" w:hAnsi="Times New Roman" w:cs="Times New Roman"/>
          <w:sz w:val="22"/>
        </w:rPr>
        <w:t>los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últimos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años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y el Perú ha </w:t>
      </w:r>
      <w:proofErr w:type="spellStart"/>
      <w:r w:rsidRPr="0097094B">
        <w:rPr>
          <w:rFonts w:ascii="Times New Roman" w:hAnsi="Times New Roman" w:cs="Times New Roman"/>
          <w:sz w:val="22"/>
        </w:rPr>
        <w:t>avanzado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en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su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adopción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7094B">
        <w:rPr>
          <w:rFonts w:ascii="Times New Roman" w:hAnsi="Times New Roman" w:cs="Times New Roman"/>
          <w:sz w:val="22"/>
        </w:rPr>
        <w:t>regulación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97094B">
        <w:rPr>
          <w:rFonts w:ascii="Times New Roman" w:hAnsi="Times New Roman" w:cs="Times New Roman"/>
          <w:sz w:val="22"/>
        </w:rPr>
        <w:t>formación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97094B">
        <w:rPr>
          <w:rFonts w:ascii="Times New Roman" w:hAnsi="Times New Roman" w:cs="Times New Roman"/>
          <w:sz w:val="22"/>
        </w:rPr>
        <w:t>capacidades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97094B">
        <w:rPr>
          <w:rFonts w:ascii="Times New Roman" w:hAnsi="Times New Roman" w:cs="Times New Roman"/>
          <w:sz w:val="22"/>
        </w:rPr>
        <w:t>Desde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2023, el </w:t>
      </w:r>
      <w:proofErr w:type="spellStart"/>
      <w:r w:rsidRPr="0097094B">
        <w:rPr>
          <w:rFonts w:ascii="Times New Roman" w:hAnsi="Times New Roman" w:cs="Times New Roman"/>
          <w:sz w:val="22"/>
        </w:rPr>
        <w:t>país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cuenta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con la Ley N.° 31814, </w:t>
      </w:r>
      <w:proofErr w:type="spellStart"/>
      <w:r w:rsidRPr="0097094B">
        <w:rPr>
          <w:rFonts w:ascii="Times New Roman" w:hAnsi="Times New Roman" w:cs="Times New Roman"/>
          <w:sz w:val="22"/>
        </w:rPr>
        <w:t>que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promueve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97094B">
        <w:rPr>
          <w:rFonts w:ascii="Times New Roman" w:hAnsi="Times New Roman" w:cs="Times New Roman"/>
          <w:sz w:val="22"/>
        </w:rPr>
        <w:t>uso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de la IA para el </w:t>
      </w:r>
      <w:proofErr w:type="spellStart"/>
      <w:r w:rsidRPr="0097094B">
        <w:rPr>
          <w:rFonts w:ascii="Times New Roman" w:hAnsi="Times New Roman" w:cs="Times New Roman"/>
          <w:sz w:val="22"/>
        </w:rPr>
        <w:t>desarrollo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económico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y social. En 2025 se </w:t>
      </w:r>
      <w:proofErr w:type="spellStart"/>
      <w:r w:rsidRPr="0097094B">
        <w:rPr>
          <w:rFonts w:ascii="Times New Roman" w:hAnsi="Times New Roman" w:cs="Times New Roman"/>
          <w:sz w:val="22"/>
        </w:rPr>
        <w:t>aprobó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su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reglamento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7094B">
        <w:rPr>
          <w:rFonts w:ascii="Times New Roman" w:hAnsi="Times New Roman" w:cs="Times New Roman"/>
          <w:sz w:val="22"/>
        </w:rPr>
        <w:t>incorporando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criterios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97094B">
        <w:rPr>
          <w:rFonts w:ascii="Times New Roman" w:hAnsi="Times New Roman" w:cs="Times New Roman"/>
          <w:sz w:val="22"/>
        </w:rPr>
        <w:t>seguridad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7094B">
        <w:rPr>
          <w:rFonts w:ascii="Times New Roman" w:hAnsi="Times New Roman" w:cs="Times New Roman"/>
          <w:sz w:val="22"/>
        </w:rPr>
        <w:t>ética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7094B">
        <w:rPr>
          <w:rFonts w:ascii="Times New Roman" w:hAnsi="Times New Roman" w:cs="Times New Roman"/>
          <w:sz w:val="22"/>
        </w:rPr>
        <w:t>transparencia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7094B">
        <w:rPr>
          <w:rFonts w:ascii="Times New Roman" w:hAnsi="Times New Roman" w:cs="Times New Roman"/>
          <w:sz w:val="22"/>
        </w:rPr>
        <w:t>supervisión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humana y </w:t>
      </w:r>
      <w:proofErr w:type="spellStart"/>
      <w:r w:rsidRPr="0097094B">
        <w:rPr>
          <w:rFonts w:ascii="Times New Roman" w:hAnsi="Times New Roman" w:cs="Times New Roman"/>
          <w:sz w:val="22"/>
        </w:rPr>
        <w:t>gestión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97094B">
        <w:rPr>
          <w:rFonts w:ascii="Times New Roman" w:hAnsi="Times New Roman" w:cs="Times New Roman"/>
          <w:sz w:val="22"/>
        </w:rPr>
        <w:t>riesgos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. En 2026 se </w:t>
      </w:r>
      <w:proofErr w:type="spellStart"/>
      <w:r w:rsidRPr="0097094B">
        <w:rPr>
          <w:rFonts w:ascii="Times New Roman" w:hAnsi="Times New Roman" w:cs="Times New Roman"/>
          <w:sz w:val="22"/>
        </w:rPr>
        <w:t>aprobó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además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97094B">
        <w:rPr>
          <w:rFonts w:ascii="Times New Roman" w:hAnsi="Times New Roman" w:cs="Times New Roman"/>
          <w:sz w:val="22"/>
        </w:rPr>
        <w:t>Estrategia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Nacional de </w:t>
      </w:r>
      <w:proofErr w:type="spellStart"/>
      <w:r w:rsidRPr="0097094B">
        <w:rPr>
          <w:rFonts w:ascii="Times New Roman" w:hAnsi="Times New Roman" w:cs="Times New Roman"/>
          <w:sz w:val="22"/>
        </w:rPr>
        <w:t>Inteligencia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Artificial 2026–2030, </w:t>
      </w:r>
      <w:proofErr w:type="spellStart"/>
      <w:r w:rsidRPr="0097094B">
        <w:rPr>
          <w:rFonts w:ascii="Times New Roman" w:hAnsi="Times New Roman" w:cs="Times New Roman"/>
          <w:sz w:val="22"/>
        </w:rPr>
        <w:t>orientada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gramStart"/>
      <w:r w:rsidRPr="0097094B">
        <w:rPr>
          <w:rFonts w:ascii="Times New Roman" w:hAnsi="Times New Roman" w:cs="Times New Roman"/>
          <w:sz w:val="22"/>
        </w:rPr>
        <w:t>a</w:t>
      </w:r>
      <w:proofErr w:type="gram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ordenar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y articular</w:t>
      </w:r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intervenciones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Estado.</w:t>
      </w:r>
    </w:p>
    <w:p w14:paraId="598F5EC6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La IA </w:t>
      </w:r>
      <w:proofErr w:type="spellStart"/>
      <w:r w:rsidRPr="00287918">
        <w:rPr>
          <w:rFonts w:ascii="Times New Roman" w:hAnsi="Times New Roman" w:cs="Times New Roman"/>
          <w:sz w:val="22"/>
        </w:rPr>
        <w:t>ya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se </w:t>
      </w:r>
      <w:proofErr w:type="spellStart"/>
      <w:r w:rsidRPr="00287918">
        <w:rPr>
          <w:rFonts w:ascii="Times New Roman" w:hAnsi="Times New Roman" w:cs="Times New Roman"/>
          <w:sz w:val="22"/>
        </w:rPr>
        <w:t>aplica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287918">
        <w:rPr>
          <w:rFonts w:ascii="Times New Roman" w:hAnsi="Times New Roman" w:cs="Times New Roman"/>
          <w:sz w:val="22"/>
        </w:rPr>
        <w:t>experimenta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justicia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emprendimiento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En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el </w:t>
      </w:r>
      <w:proofErr w:type="spellStart"/>
      <w:r w:rsidRPr="00287918">
        <w:rPr>
          <w:rFonts w:ascii="Times New Roman" w:hAnsi="Times New Roman" w:cs="Times New Roman"/>
          <w:sz w:val="22"/>
        </w:rPr>
        <w:t>Ministerio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ha </w:t>
      </w:r>
      <w:proofErr w:type="spellStart"/>
      <w:r w:rsidRPr="00287918">
        <w:rPr>
          <w:rFonts w:ascii="Times New Roman" w:hAnsi="Times New Roman" w:cs="Times New Roman"/>
          <w:sz w:val="22"/>
        </w:rPr>
        <w:t>impulsado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capacitación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docente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incorporar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herramientas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planificación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En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se </w:t>
      </w:r>
      <w:proofErr w:type="spellStart"/>
      <w:r w:rsidRPr="00287918">
        <w:rPr>
          <w:rFonts w:ascii="Times New Roman" w:hAnsi="Times New Roman" w:cs="Times New Roman"/>
          <w:sz w:val="22"/>
        </w:rPr>
        <w:t>estudian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aplicaciones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prevención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diagnóstico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gestión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Al </w:t>
      </w:r>
      <w:proofErr w:type="spellStart"/>
      <w:r w:rsidRPr="00287918">
        <w:rPr>
          <w:rFonts w:ascii="Times New Roman" w:hAnsi="Times New Roman" w:cs="Times New Roman"/>
          <w:sz w:val="22"/>
        </w:rPr>
        <w:t>mismo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tiempo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persisten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retos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como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brecha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digital, la </w:t>
      </w:r>
      <w:proofErr w:type="spellStart"/>
      <w:r w:rsidRPr="00287918">
        <w:rPr>
          <w:rFonts w:ascii="Times New Roman" w:hAnsi="Times New Roman" w:cs="Times New Roman"/>
          <w:sz w:val="22"/>
        </w:rPr>
        <w:t>calidad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datos, la </w:t>
      </w:r>
      <w:proofErr w:type="spellStart"/>
      <w:r w:rsidRPr="00287918">
        <w:rPr>
          <w:rFonts w:ascii="Times New Roman" w:hAnsi="Times New Roman" w:cs="Times New Roman"/>
          <w:sz w:val="22"/>
        </w:rPr>
        <w:t>privacidad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desinformación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falta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talento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especializado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el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ético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sistemas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automatizados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7F2CF84B" w14:textId="77777777" w:rsidR="008458FB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6C33BCB3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En </w:t>
      </w:r>
      <w:proofErr w:type="spellStart"/>
      <w:r w:rsidRPr="00287918">
        <w:rPr>
          <w:rFonts w:ascii="Times New Roman" w:hAnsi="Times New Roman" w:cs="Times New Roman"/>
          <w:sz w:val="22"/>
        </w:rPr>
        <w:t>conclusión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IA </w:t>
      </w:r>
      <w:proofErr w:type="spellStart"/>
      <w:r w:rsidRPr="00287918">
        <w:rPr>
          <w:rFonts w:ascii="Times New Roman" w:hAnsi="Times New Roman" w:cs="Times New Roman"/>
          <w:sz w:val="22"/>
        </w:rPr>
        <w:t>representa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oportunidad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mejorar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productividad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Perú, </w:t>
      </w:r>
      <w:proofErr w:type="spellStart"/>
      <w:r w:rsidRPr="00287918">
        <w:rPr>
          <w:rFonts w:ascii="Times New Roman" w:hAnsi="Times New Roman" w:cs="Times New Roman"/>
          <w:sz w:val="22"/>
        </w:rPr>
        <w:t>siempre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esté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acompañado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conectividad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capacitación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investigación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protección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derechos y </w:t>
      </w:r>
      <w:proofErr w:type="spellStart"/>
      <w:r w:rsidRPr="00287918">
        <w:rPr>
          <w:rFonts w:ascii="Times New Roman" w:hAnsi="Times New Roman" w:cs="Times New Roman"/>
          <w:sz w:val="22"/>
        </w:rPr>
        <w:t>supervisión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humana.</w:t>
      </w:r>
    </w:p>
    <w:p w14:paraId="17DB1903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br w:type="page"/>
      </w:r>
    </w:p>
    <w:p w14:paraId="0E8FDC04" w14:textId="77777777" w:rsidR="0097094B" w:rsidRDefault="0097094B" w:rsidP="00287918">
      <w:pPr>
        <w:pStyle w:val="Ttulo1"/>
        <w:rPr>
          <w:rFonts w:cs="Times New Roman"/>
          <w:sz w:val="22"/>
          <w:szCs w:val="22"/>
        </w:rPr>
        <w:sectPr w:rsidR="0097094B" w:rsidSect="0097094B">
          <w:headerReference w:type="default" r:id="rId9"/>
          <w:footerReference w:type="default" r:id="rId10"/>
          <w:pgSz w:w="12240" w:h="15840"/>
          <w:pgMar w:top="893" w:right="1037" w:bottom="792" w:left="1037" w:header="720" w:footer="720" w:gutter="0"/>
          <w:pgNumType w:fmt="lowerRoman"/>
          <w:cols w:space="720"/>
          <w:docGrid w:linePitch="360"/>
        </w:sectPr>
      </w:pPr>
      <w:bookmarkStart w:id="8" w:name="_Toc242094271"/>
    </w:p>
    <w:p w14:paraId="321854E3" w14:textId="77777777" w:rsidR="00907FC5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9" w:name="_Toc242217086"/>
      <w:r w:rsidRPr="00287918">
        <w:rPr>
          <w:rFonts w:cs="Times New Roman"/>
          <w:sz w:val="22"/>
          <w:szCs w:val="22"/>
        </w:rPr>
        <w:lastRenderedPageBreak/>
        <w:t>CAPÍTULO I.</w:t>
      </w:r>
      <w:bookmarkEnd w:id="8"/>
      <w:bookmarkEnd w:id="9"/>
      <w:r w:rsidRPr="00287918">
        <w:rPr>
          <w:rFonts w:cs="Times New Roman"/>
          <w:sz w:val="22"/>
          <w:szCs w:val="22"/>
        </w:rPr>
        <w:t xml:space="preserve"> </w:t>
      </w:r>
    </w:p>
    <w:p w14:paraId="4B5B56D7" w14:textId="092A2D4B" w:rsidR="00D37D2D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10" w:name="_Toc242094272"/>
      <w:bookmarkStart w:id="11" w:name="_Toc242217087"/>
      <w:r w:rsidRPr="00287918">
        <w:rPr>
          <w:rFonts w:cs="Times New Roman"/>
          <w:sz w:val="22"/>
          <w:szCs w:val="22"/>
        </w:rPr>
        <w:t>EVOLUCIÓN DE LA INTELIGENCIA ARTIFICIAL EN EL PERÚ</w:t>
      </w:r>
      <w:bookmarkEnd w:id="10"/>
      <w:bookmarkEnd w:id="11"/>
    </w:p>
    <w:p w14:paraId="0A1F4C47" w14:textId="5EF03239" w:rsidR="00D37D2D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12" w:name="_Toc242094273"/>
      <w:bookmarkStart w:id="13" w:name="_Toc242217088"/>
      <w:r w:rsidRPr="00287918">
        <w:rPr>
          <w:rStyle w:val="Ttulo2Car"/>
          <w:rFonts w:cs="Times New Roman"/>
          <w:sz w:val="22"/>
          <w:szCs w:val="22"/>
        </w:rPr>
        <w:t>LA INTELIGENCIA ARTIFICIAL</w:t>
      </w:r>
      <w:bookmarkEnd w:id="12"/>
      <w:bookmarkEnd w:id="13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Compren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sistemas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realizar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tareas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normalmente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requieren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humanas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como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reconocer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patrones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procesar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lenguaje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generar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contenidos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formular </w:t>
      </w:r>
      <w:proofErr w:type="spellStart"/>
      <w:r w:rsidRPr="00287918">
        <w:rPr>
          <w:rFonts w:ascii="Times New Roman" w:hAnsi="Times New Roman" w:cs="Times New Roman"/>
          <w:sz w:val="22"/>
        </w:rPr>
        <w:t>predicciones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apoyar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decisiones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Su </w:t>
      </w:r>
      <w:proofErr w:type="spellStart"/>
      <w:r w:rsidRPr="00287918">
        <w:rPr>
          <w:rFonts w:ascii="Times New Roman" w:hAnsi="Times New Roman" w:cs="Times New Roman"/>
          <w:sz w:val="22"/>
        </w:rPr>
        <w:t>expansión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mundial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se </w:t>
      </w:r>
      <w:proofErr w:type="spellStart"/>
      <w:r w:rsidRPr="00287918">
        <w:rPr>
          <w:rFonts w:ascii="Times New Roman" w:hAnsi="Times New Roman" w:cs="Times New Roman"/>
          <w:sz w:val="22"/>
        </w:rPr>
        <w:t>aceleró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especialmente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la IA </w:t>
      </w:r>
      <w:proofErr w:type="spellStart"/>
      <w:r w:rsidRPr="00287918">
        <w:rPr>
          <w:rFonts w:ascii="Times New Roman" w:hAnsi="Times New Roman" w:cs="Times New Roman"/>
          <w:sz w:val="22"/>
        </w:rPr>
        <w:t>generativa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permitió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millones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personas </w:t>
      </w:r>
      <w:proofErr w:type="spellStart"/>
      <w:r w:rsidRPr="00287918">
        <w:rPr>
          <w:rFonts w:ascii="Times New Roman" w:hAnsi="Times New Roman" w:cs="Times New Roman"/>
          <w:sz w:val="22"/>
        </w:rPr>
        <w:t>interactuaran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directamente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</w:t>
      </w:r>
      <w:proofErr w:type="spellStart"/>
      <w:r w:rsidRPr="00287918">
        <w:rPr>
          <w:rFonts w:ascii="Times New Roman" w:hAnsi="Times New Roman" w:cs="Times New Roman"/>
          <w:sz w:val="22"/>
        </w:rPr>
        <w:t>modelos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producir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texto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imágenes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código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otros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contenidos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6DBDEEEC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En el Perú, uno de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principales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hitos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recientes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fue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aprobación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Ley N.° 31814, </w:t>
      </w:r>
      <w:proofErr w:type="spellStart"/>
      <w:r w:rsidRPr="00287918">
        <w:rPr>
          <w:rFonts w:ascii="Times New Roman" w:hAnsi="Times New Roman" w:cs="Times New Roman"/>
          <w:sz w:val="22"/>
        </w:rPr>
        <w:t>publicada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julio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2023. La norma </w:t>
      </w:r>
      <w:proofErr w:type="spellStart"/>
      <w:r w:rsidRPr="00287918">
        <w:rPr>
          <w:rFonts w:ascii="Times New Roman" w:hAnsi="Times New Roman" w:cs="Times New Roman"/>
          <w:sz w:val="22"/>
        </w:rPr>
        <w:t>declaró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interés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y </w:t>
      </w:r>
      <w:proofErr w:type="spellStart"/>
      <w:r w:rsidRPr="00287918">
        <w:rPr>
          <w:rFonts w:ascii="Times New Roman" w:hAnsi="Times New Roman" w:cs="Times New Roman"/>
          <w:sz w:val="22"/>
        </w:rPr>
        <w:t>estableció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principios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relacionados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</w:t>
      </w:r>
      <w:proofErr w:type="spellStart"/>
      <w:r w:rsidRPr="00287918">
        <w:rPr>
          <w:rFonts w:ascii="Times New Roman" w:hAnsi="Times New Roman" w:cs="Times New Roman"/>
          <w:sz w:val="22"/>
        </w:rPr>
        <w:t>seguridad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basada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riesgos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participación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privacidad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digital. También </w:t>
      </w:r>
      <w:proofErr w:type="spellStart"/>
      <w:r w:rsidRPr="00287918">
        <w:rPr>
          <w:rFonts w:ascii="Times New Roman" w:hAnsi="Times New Roman" w:cs="Times New Roman"/>
          <w:sz w:val="22"/>
        </w:rPr>
        <w:t>encargó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la Presidencia del Consejo de Ministros, </w:t>
      </w:r>
      <w:proofErr w:type="spellStart"/>
      <w:r w:rsidRPr="00287918">
        <w:rPr>
          <w:rFonts w:ascii="Times New Roman" w:hAnsi="Times New Roman" w:cs="Times New Roman"/>
          <w:sz w:val="22"/>
        </w:rPr>
        <w:t>mediante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Secretaría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Gobierno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Digital, </w:t>
      </w:r>
      <w:proofErr w:type="spellStart"/>
      <w:r w:rsidRPr="00287918">
        <w:rPr>
          <w:rFonts w:ascii="Times New Roman" w:hAnsi="Times New Roman" w:cs="Times New Roman"/>
          <w:sz w:val="22"/>
        </w:rPr>
        <w:t>dirigir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supervisar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materia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2A83B73E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Durante 2024 y 2025 </w:t>
      </w:r>
      <w:proofErr w:type="spellStart"/>
      <w:r w:rsidRPr="00287918">
        <w:rPr>
          <w:rFonts w:ascii="Times New Roman" w:hAnsi="Times New Roman" w:cs="Times New Roman"/>
          <w:sz w:val="22"/>
        </w:rPr>
        <w:t>aumentó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atención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hacia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IA. El Estado </w:t>
      </w:r>
      <w:proofErr w:type="spellStart"/>
      <w:r w:rsidRPr="00287918">
        <w:rPr>
          <w:rFonts w:ascii="Times New Roman" w:hAnsi="Times New Roman" w:cs="Times New Roman"/>
          <w:sz w:val="22"/>
        </w:rPr>
        <w:t>desarrolló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estudios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guías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el </w:t>
      </w:r>
      <w:proofErr w:type="spellStart"/>
      <w:r w:rsidRPr="00287918">
        <w:rPr>
          <w:rFonts w:ascii="Times New Roman" w:hAnsi="Times New Roman" w:cs="Times New Roman"/>
          <w:sz w:val="22"/>
        </w:rPr>
        <w:t>Gobierno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Digital, </w:t>
      </w:r>
      <w:proofErr w:type="spellStart"/>
      <w:r w:rsidRPr="00287918">
        <w:rPr>
          <w:rFonts w:ascii="Times New Roman" w:hAnsi="Times New Roman" w:cs="Times New Roman"/>
          <w:sz w:val="22"/>
        </w:rPr>
        <w:t>incluyendo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orientaciones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sobre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calidad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datos, </w:t>
      </w:r>
      <w:proofErr w:type="spellStart"/>
      <w:r w:rsidRPr="00287918">
        <w:rPr>
          <w:rFonts w:ascii="Times New Roman" w:hAnsi="Times New Roman" w:cs="Times New Roman"/>
          <w:sz w:val="22"/>
        </w:rPr>
        <w:t>evaluación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</w:t>
      </w:r>
      <w:proofErr w:type="spellStart"/>
      <w:r w:rsidRPr="00287918">
        <w:rPr>
          <w:rFonts w:ascii="Times New Roman" w:hAnsi="Times New Roman" w:cs="Times New Roman"/>
          <w:sz w:val="22"/>
        </w:rPr>
        <w:t>desempeño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gestión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riesgos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En </w:t>
      </w:r>
      <w:proofErr w:type="spellStart"/>
      <w:r w:rsidRPr="00287918">
        <w:rPr>
          <w:rFonts w:ascii="Times New Roman" w:hAnsi="Times New Roman" w:cs="Times New Roman"/>
          <w:sz w:val="22"/>
        </w:rPr>
        <w:t>septiembre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2025 se </w:t>
      </w:r>
      <w:proofErr w:type="spellStart"/>
      <w:r w:rsidRPr="00287918">
        <w:rPr>
          <w:rFonts w:ascii="Times New Roman" w:hAnsi="Times New Roman" w:cs="Times New Roman"/>
          <w:sz w:val="22"/>
        </w:rPr>
        <w:t>aprobó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Ley N.° 31814,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estableció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</w:t>
      </w:r>
      <w:proofErr w:type="spellStart"/>
      <w:r w:rsidRPr="00287918">
        <w:rPr>
          <w:rFonts w:ascii="Times New Roman" w:hAnsi="Times New Roman" w:cs="Times New Roman"/>
          <w:sz w:val="22"/>
        </w:rPr>
        <w:t>enfoque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seguro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responsable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transparente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sostenible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 </w:t>
      </w:r>
      <w:proofErr w:type="spellStart"/>
      <w:r w:rsidRPr="00287918">
        <w:rPr>
          <w:rFonts w:ascii="Times New Roman" w:hAnsi="Times New Roman" w:cs="Times New Roman"/>
          <w:sz w:val="22"/>
        </w:rPr>
        <w:t>inclusivo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con </w:t>
      </w:r>
      <w:proofErr w:type="spellStart"/>
      <w:r w:rsidRPr="00287918">
        <w:rPr>
          <w:rFonts w:ascii="Times New Roman" w:hAnsi="Times New Roman" w:cs="Times New Roman"/>
          <w:sz w:val="22"/>
        </w:rPr>
        <w:t>clasificación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por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niveles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riesgo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obligaciones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el sector </w:t>
      </w:r>
      <w:proofErr w:type="spellStart"/>
      <w:r w:rsidRPr="00287918">
        <w:rPr>
          <w:rFonts w:ascii="Times New Roman" w:hAnsi="Times New Roman" w:cs="Times New Roman"/>
          <w:sz w:val="22"/>
        </w:rPr>
        <w:t>público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privado.</w:t>
      </w:r>
    </w:p>
    <w:p w14:paraId="1A198165" w14:textId="77777777" w:rsidR="00D37D2D" w:rsidRPr="00287918" w:rsidRDefault="004519AB" w:rsidP="00FC55AD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80CB3E3" wp14:editId="4A5DFDA8">
            <wp:extent cx="2834640" cy="163779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_education_illustrat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63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5B830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14" w:name="_Toc242217089"/>
      <w:proofErr w:type="spellStart"/>
      <w:r w:rsidRPr="00287918">
        <w:rPr>
          <w:rStyle w:val="Ttulo3Car"/>
          <w:rFonts w:cs="Times New Roman"/>
          <w:sz w:val="22"/>
        </w:rPr>
        <w:t>Figura</w:t>
      </w:r>
      <w:proofErr w:type="spellEnd"/>
      <w:r w:rsidRPr="00287918">
        <w:rPr>
          <w:rStyle w:val="Ttulo3Car"/>
          <w:rFonts w:cs="Times New Roman"/>
          <w:sz w:val="22"/>
        </w:rPr>
        <w:t xml:space="preserve"> 1</w:t>
      </w:r>
      <w:bookmarkEnd w:id="14"/>
      <w:r w:rsidRPr="00287918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87918">
        <w:rPr>
          <w:rFonts w:ascii="Times New Roman" w:hAnsi="Times New Roman" w:cs="Times New Roman"/>
          <w:sz w:val="22"/>
        </w:rPr>
        <w:t>Capacitación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docente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Perú. Fuente: </w:t>
      </w:r>
      <w:proofErr w:type="spellStart"/>
      <w:r w:rsidRPr="00287918">
        <w:rPr>
          <w:rFonts w:ascii="Times New Roman" w:hAnsi="Times New Roman" w:cs="Times New Roman"/>
          <w:sz w:val="22"/>
        </w:rPr>
        <w:t>Ministerio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Perú.</w:t>
      </w:r>
    </w:p>
    <w:p w14:paraId="27F7E1A1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287918">
        <w:rPr>
          <w:rFonts w:ascii="Times New Roman" w:hAnsi="Times New Roman" w:cs="Times New Roman"/>
          <w:sz w:val="22"/>
        </w:rPr>
        <w:t>Resumen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</w:t>
      </w:r>
      <w:proofErr w:type="spellStart"/>
      <w:r w:rsidRPr="00287918">
        <w:rPr>
          <w:rFonts w:ascii="Times New Roman" w:hAnsi="Times New Roman" w:cs="Times New Roman"/>
          <w:sz w:val="22"/>
        </w:rPr>
        <w:t>capítulo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: La </w:t>
      </w:r>
      <w:proofErr w:type="spellStart"/>
      <w:r w:rsidRPr="00287918">
        <w:rPr>
          <w:rFonts w:ascii="Times New Roman" w:hAnsi="Times New Roman" w:cs="Times New Roman"/>
          <w:sz w:val="22"/>
        </w:rPr>
        <w:t>evolución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peruana </w:t>
      </w:r>
      <w:proofErr w:type="spellStart"/>
      <w:r w:rsidRPr="00287918">
        <w:rPr>
          <w:rFonts w:ascii="Times New Roman" w:hAnsi="Times New Roman" w:cs="Times New Roman"/>
          <w:sz w:val="22"/>
        </w:rPr>
        <w:t>pasó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iniciativas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generales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a un </w:t>
      </w:r>
      <w:proofErr w:type="spellStart"/>
      <w:r w:rsidRPr="00287918">
        <w:rPr>
          <w:rFonts w:ascii="Times New Roman" w:hAnsi="Times New Roman" w:cs="Times New Roman"/>
          <w:sz w:val="22"/>
        </w:rPr>
        <w:t>marco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específico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la IA. La Ley 31814,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las </w:t>
      </w:r>
      <w:proofErr w:type="spellStart"/>
      <w:r w:rsidRPr="00287918">
        <w:rPr>
          <w:rFonts w:ascii="Times New Roman" w:hAnsi="Times New Roman" w:cs="Times New Roman"/>
          <w:sz w:val="22"/>
        </w:rPr>
        <w:t>políticas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posteriores </w:t>
      </w:r>
      <w:proofErr w:type="spellStart"/>
      <w:r w:rsidRPr="00287918">
        <w:rPr>
          <w:rFonts w:ascii="Times New Roman" w:hAnsi="Times New Roman" w:cs="Times New Roman"/>
          <w:sz w:val="22"/>
        </w:rPr>
        <w:t>muestran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país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busca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combinar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innovación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tecnológica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</w:t>
      </w:r>
      <w:proofErr w:type="spellStart"/>
      <w:r w:rsidRPr="00287918">
        <w:rPr>
          <w:rFonts w:ascii="Times New Roman" w:hAnsi="Times New Roman" w:cs="Times New Roman"/>
          <w:sz w:val="22"/>
        </w:rPr>
        <w:t>protección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derechos y </w:t>
      </w:r>
      <w:proofErr w:type="spellStart"/>
      <w:r w:rsidRPr="00287918">
        <w:rPr>
          <w:rFonts w:ascii="Times New Roman" w:hAnsi="Times New Roman" w:cs="Times New Roman"/>
          <w:sz w:val="22"/>
        </w:rPr>
        <w:t>responsabilidad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6B97AF4F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br w:type="page"/>
      </w:r>
    </w:p>
    <w:p w14:paraId="3881DC61" w14:textId="77777777" w:rsidR="008458FB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15" w:name="_Toc242094274"/>
      <w:bookmarkStart w:id="16" w:name="_Toc242217090"/>
      <w:r w:rsidRPr="00287918">
        <w:rPr>
          <w:rFonts w:cs="Times New Roman"/>
          <w:sz w:val="22"/>
          <w:szCs w:val="22"/>
        </w:rPr>
        <w:lastRenderedPageBreak/>
        <w:t>CAPÍTULO II.</w:t>
      </w:r>
      <w:bookmarkEnd w:id="15"/>
      <w:bookmarkEnd w:id="16"/>
      <w:r w:rsidRPr="00287918">
        <w:rPr>
          <w:rFonts w:cs="Times New Roman"/>
          <w:sz w:val="22"/>
          <w:szCs w:val="22"/>
        </w:rPr>
        <w:t xml:space="preserve"> </w:t>
      </w:r>
    </w:p>
    <w:p w14:paraId="352D5107" w14:textId="62CB9E39" w:rsidR="00D37D2D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17" w:name="_Toc242094275"/>
      <w:bookmarkStart w:id="18" w:name="_Toc242217091"/>
      <w:r w:rsidRPr="00287918">
        <w:rPr>
          <w:rFonts w:cs="Times New Roman"/>
          <w:sz w:val="22"/>
          <w:szCs w:val="22"/>
        </w:rPr>
        <w:t>APLICACIONES Y AVANCES RECIENTES</w:t>
      </w:r>
      <w:bookmarkEnd w:id="17"/>
      <w:bookmarkEnd w:id="18"/>
    </w:p>
    <w:p w14:paraId="268A3F9A" w14:textId="782DC21D" w:rsidR="00D37D2D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19" w:name="_Toc242094276"/>
      <w:bookmarkStart w:id="20" w:name="_Toc242217092"/>
      <w:r w:rsidRPr="00287918">
        <w:rPr>
          <w:rStyle w:val="Ttulo2Car"/>
          <w:rFonts w:cs="Times New Roman"/>
          <w:sz w:val="22"/>
          <w:szCs w:val="22"/>
        </w:rPr>
        <w:t>LA IA ESTÁ ENCONTRANDO APLICACIONES</w:t>
      </w:r>
      <w:bookmarkEnd w:id="19"/>
      <w:bookmarkEnd w:id="20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diferentes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sectores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peruanos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En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permite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apoyar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planificación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clases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generar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materiales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adaptar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actividades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ofrecer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retroalimentación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El </w:t>
      </w:r>
      <w:proofErr w:type="spellStart"/>
      <w:r w:rsidRPr="00287918">
        <w:rPr>
          <w:rFonts w:ascii="Times New Roman" w:hAnsi="Times New Roman" w:cs="Times New Roman"/>
          <w:sz w:val="22"/>
        </w:rPr>
        <w:t>Ministerio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ha </w:t>
      </w:r>
      <w:proofErr w:type="spellStart"/>
      <w:r w:rsidRPr="00287918">
        <w:rPr>
          <w:rFonts w:ascii="Times New Roman" w:hAnsi="Times New Roman" w:cs="Times New Roman"/>
          <w:sz w:val="22"/>
        </w:rPr>
        <w:t>desarrollado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capacitación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docentes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iniciativa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reportada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2025 </w:t>
      </w:r>
      <w:proofErr w:type="spellStart"/>
      <w:r w:rsidRPr="00287918">
        <w:rPr>
          <w:rFonts w:ascii="Times New Roman" w:hAnsi="Times New Roman" w:cs="Times New Roman"/>
          <w:sz w:val="22"/>
        </w:rPr>
        <w:t>contempló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más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87 000 </w:t>
      </w:r>
      <w:proofErr w:type="spellStart"/>
      <w:r w:rsidRPr="00287918">
        <w:rPr>
          <w:rFonts w:ascii="Times New Roman" w:hAnsi="Times New Roman" w:cs="Times New Roman"/>
          <w:sz w:val="22"/>
        </w:rPr>
        <w:t>docentes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en IA.</w:t>
      </w:r>
    </w:p>
    <w:p w14:paraId="20B6CA6B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21" w:name="_Toc242217093"/>
      <w:r w:rsidRPr="00287918">
        <w:rPr>
          <w:rStyle w:val="Ttulo3Car"/>
          <w:rFonts w:cs="Times New Roman"/>
          <w:sz w:val="22"/>
        </w:rPr>
        <w:t xml:space="preserve">En </w:t>
      </w:r>
      <w:proofErr w:type="spellStart"/>
      <w:r w:rsidRPr="00287918">
        <w:rPr>
          <w:rStyle w:val="Ttulo3Car"/>
          <w:rFonts w:cs="Times New Roman"/>
          <w:sz w:val="22"/>
        </w:rPr>
        <w:t>salud</w:t>
      </w:r>
      <w:bookmarkEnd w:id="21"/>
      <w:proofErr w:type="spellEnd"/>
      <w:r w:rsidRPr="00287918">
        <w:rPr>
          <w:rFonts w:ascii="Times New Roman" w:hAnsi="Times New Roman" w:cs="Times New Roman"/>
          <w:sz w:val="22"/>
        </w:rPr>
        <w:t xml:space="preserve">, las </w:t>
      </w:r>
      <w:proofErr w:type="spellStart"/>
      <w:r w:rsidRPr="00287918">
        <w:rPr>
          <w:rFonts w:ascii="Times New Roman" w:hAnsi="Times New Roman" w:cs="Times New Roman"/>
          <w:sz w:val="22"/>
        </w:rPr>
        <w:t>posibilidades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incluyen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apoyo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al </w:t>
      </w:r>
      <w:proofErr w:type="spellStart"/>
      <w:r w:rsidRPr="00287918">
        <w:rPr>
          <w:rFonts w:ascii="Times New Roman" w:hAnsi="Times New Roman" w:cs="Times New Roman"/>
          <w:sz w:val="22"/>
        </w:rPr>
        <w:t>diagnóstico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por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imágenes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análisis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clínica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prevención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gestión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sanitaria. El Estado </w:t>
      </w:r>
      <w:proofErr w:type="spellStart"/>
      <w:r w:rsidRPr="00287918">
        <w:rPr>
          <w:rFonts w:ascii="Times New Roman" w:hAnsi="Times New Roman" w:cs="Times New Roman"/>
          <w:sz w:val="22"/>
        </w:rPr>
        <w:t>peruano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ha </w:t>
      </w:r>
      <w:proofErr w:type="spellStart"/>
      <w:r w:rsidRPr="00287918">
        <w:rPr>
          <w:rFonts w:ascii="Times New Roman" w:hAnsi="Times New Roman" w:cs="Times New Roman"/>
          <w:sz w:val="22"/>
        </w:rPr>
        <w:t>documentado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usos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beneficios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riesgos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desafíos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En </w:t>
      </w:r>
      <w:proofErr w:type="spellStart"/>
      <w:r w:rsidRPr="00287918">
        <w:rPr>
          <w:rFonts w:ascii="Times New Roman" w:hAnsi="Times New Roman" w:cs="Times New Roman"/>
          <w:sz w:val="22"/>
        </w:rPr>
        <w:t>justicia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gobierno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también se </w:t>
      </w:r>
      <w:proofErr w:type="spellStart"/>
      <w:r w:rsidRPr="00287918">
        <w:rPr>
          <w:rFonts w:ascii="Times New Roman" w:hAnsi="Times New Roman" w:cs="Times New Roman"/>
          <w:sz w:val="22"/>
        </w:rPr>
        <w:t>desarrollan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pilotos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apoyar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procesos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mientras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conservación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ambiental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se </w:t>
      </w:r>
      <w:proofErr w:type="spellStart"/>
      <w:r w:rsidRPr="00287918">
        <w:rPr>
          <w:rFonts w:ascii="Times New Roman" w:hAnsi="Times New Roman" w:cs="Times New Roman"/>
          <w:sz w:val="22"/>
        </w:rPr>
        <w:t>exploran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soluciones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basadas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datos, </w:t>
      </w:r>
      <w:proofErr w:type="spellStart"/>
      <w:r w:rsidRPr="00287918">
        <w:rPr>
          <w:rFonts w:ascii="Times New Roman" w:hAnsi="Times New Roman" w:cs="Times New Roman"/>
          <w:sz w:val="22"/>
        </w:rPr>
        <w:t>visión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computacional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sistemas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inteligentes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1F802BB0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Los </w:t>
      </w:r>
      <w:proofErr w:type="spellStart"/>
      <w:r w:rsidRPr="00287918">
        <w:rPr>
          <w:rFonts w:ascii="Times New Roman" w:hAnsi="Times New Roman" w:cs="Times New Roman"/>
          <w:sz w:val="22"/>
        </w:rPr>
        <w:t>indicadores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internacionales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muestran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avances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87918">
        <w:rPr>
          <w:rFonts w:ascii="Times New Roman" w:hAnsi="Times New Roman" w:cs="Times New Roman"/>
          <w:sz w:val="22"/>
        </w:rPr>
        <w:t>Según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PCM,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Índice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Latinoamericano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2025 el Perú </w:t>
      </w:r>
      <w:proofErr w:type="spellStart"/>
      <w:r w:rsidRPr="00287918">
        <w:rPr>
          <w:rFonts w:ascii="Times New Roman" w:hAnsi="Times New Roman" w:cs="Times New Roman"/>
          <w:sz w:val="22"/>
        </w:rPr>
        <w:t>ocupó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puesto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7 de la </w:t>
      </w:r>
      <w:proofErr w:type="spellStart"/>
      <w:r w:rsidRPr="00287918">
        <w:rPr>
          <w:rFonts w:ascii="Times New Roman" w:hAnsi="Times New Roman" w:cs="Times New Roman"/>
          <w:sz w:val="22"/>
        </w:rPr>
        <w:t>región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destacó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STEM y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ciudadano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 </w:t>
      </w:r>
      <w:proofErr w:type="spellStart"/>
      <w:r w:rsidRPr="00287918">
        <w:rPr>
          <w:rFonts w:ascii="Times New Roman" w:hAnsi="Times New Roman" w:cs="Times New Roman"/>
          <w:sz w:val="22"/>
        </w:rPr>
        <w:t>generativa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En el </w:t>
      </w:r>
      <w:proofErr w:type="spellStart"/>
      <w:r w:rsidRPr="00287918">
        <w:rPr>
          <w:rFonts w:ascii="Times New Roman" w:hAnsi="Times New Roman" w:cs="Times New Roman"/>
          <w:sz w:val="22"/>
        </w:rPr>
        <w:t>Índice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Preparación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</w:t>
      </w:r>
      <w:proofErr w:type="spellStart"/>
      <w:r w:rsidRPr="00287918">
        <w:rPr>
          <w:rFonts w:ascii="Times New Roman" w:hAnsi="Times New Roman" w:cs="Times New Roman"/>
          <w:sz w:val="22"/>
        </w:rPr>
        <w:t>Gobierno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la IA 2024 </w:t>
      </w:r>
      <w:proofErr w:type="spellStart"/>
      <w:r w:rsidRPr="00287918">
        <w:rPr>
          <w:rFonts w:ascii="Times New Roman" w:hAnsi="Times New Roman" w:cs="Times New Roman"/>
          <w:sz w:val="22"/>
        </w:rPr>
        <w:t>obtuvo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57,11 puntos y </w:t>
      </w:r>
      <w:proofErr w:type="spellStart"/>
      <w:r w:rsidRPr="00287918">
        <w:rPr>
          <w:rFonts w:ascii="Times New Roman" w:hAnsi="Times New Roman" w:cs="Times New Roman"/>
          <w:sz w:val="22"/>
        </w:rPr>
        <w:t>ocupó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puesto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60 de 188 </w:t>
      </w:r>
      <w:proofErr w:type="spellStart"/>
      <w:r w:rsidRPr="00287918">
        <w:rPr>
          <w:rFonts w:ascii="Times New Roman" w:hAnsi="Times New Roman" w:cs="Times New Roman"/>
          <w:sz w:val="22"/>
        </w:rPr>
        <w:t>países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4B9AACCC" w14:textId="77777777" w:rsidR="008458FB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br w:type="page"/>
      </w:r>
    </w:p>
    <w:p w14:paraId="022BE9F9" w14:textId="77777777" w:rsidR="0097094B" w:rsidRDefault="0097094B" w:rsidP="00287918">
      <w:pPr>
        <w:pStyle w:val="Ttulo1"/>
        <w:rPr>
          <w:rFonts w:cs="Times New Roman"/>
          <w:sz w:val="22"/>
          <w:szCs w:val="22"/>
        </w:rPr>
        <w:sectPr w:rsidR="0097094B" w:rsidSect="0097094B">
          <w:pgSz w:w="12240" w:h="15840"/>
          <w:pgMar w:top="893" w:right="1037" w:bottom="792" w:left="1037" w:header="720" w:footer="720" w:gutter="0"/>
          <w:cols w:space="720"/>
          <w:docGrid w:linePitch="360"/>
        </w:sectPr>
      </w:pPr>
      <w:bookmarkStart w:id="22" w:name="_Toc242094277"/>
    </w:p>
    <w:p w14:paraId="4CE74B37" w14:textId="77777777" w:rsidR="008458FB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23" w:name="_Toc242217094"/>
      <w:r w:rsidRPr="00287918">
        <w:rPr>
          <w:rFonts w:cs="Times New Roman"/>
          <w:sz w:val="22"/>
          <w:szCs w:val="22"/>
        </w:rPr>
        <w:lastRenderedPageBreak/>
        <w:t>CAPÍTULO III.</w:t>
      </w:r>
      <w:bookmarkEnd w:id="22"/>
      <w:bookmarkEnd w:id="23"/>
      <w:r w:rsidRPr="00287918">
        <w:rPr>
          <w:rFonts w:cs="Times New Roman"/>
          <w:sz w:val="22"/>
          <w:szCs w:val="22"/>
        </w:rPr>
        <w:t xml:space="preserve"> </w:t>
      </w:r>
    </w:p>
    <w:p w14:paraId="1318B6FD" w14:textId="07E3E57B" w:rsidR="00D37D2D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24" w:name="_Toc242094278"/>
      <w:bookmarkStart w:id="25" w:name="_Toc242217095"/>
      <w:r w:rsidRPr="00287918">
        <w:rPr>
          <w:rFonts w:cs="Times New Roman"/>
          <w:sz w:val="22"/>
          <w:szCs w:val="22"/>
        </w:rPr>
        <w:t>OPORTUNIDADES, RIESGOS Y PERSPECTIVAS</w:t>
      </w:r>
      <w:bookmarkEnd w:id="24"/>
      <w:bookmarkEnd w:id="25"/>
    </w:p>
    <w:p w14:paraId="3630B64B" w14:textId="0165EC91" w:rsidR="00D37D2D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26" w:name="_Toc242094279"/>
      <w:bookmarkStart w:id="27" w:name="_Toc242217096"/>
      <w:r w:rsidRPr="00287918">
        <w:rPr>
          <w:rStyle w:val="Ttulo2Car"/>
          <w:rFonts w:cs="Times New Roman"/>
          <w:sz w:val="22"/>
          <w:szCs w:val="22"/>
        </w:rPr>
        <w:t xml:space="preserve">ENTRE LAS </w:t>
      </w:r>
      <w:proofErr w:type="gramStart"/>
      <w:r w:rsidRPr="00287918">
        <w:rPr>
          <w:rStyle w:val="Ttulo2Car"/>
          <w:rFonts w:cs="Times New Roman"/>
          <w:sz w:val="22"/>
          <w:szCs w:val="22"/>
        </w:rPr>
        <w:t>OPORTUNIDADES</w:t>
      </w:r>
      <w:bookmarkEnd w:id="27"/>
      <w:r w:rsidRPr="00287918">
        <w:rPr>
          <w:rFonts w:ascii="Times New Roman" w:hAnsi="Times New Roman" w:cs="Times New Roman"/>
          <w:sz w:val="22"/>
        </w:rPr>
        <w:t>,</w:t>
      </w:r>
      <w:bookmarkEnd w:id="26"/>
      <w:r w:rsidRPr="00287918">
        <w:rPr>
          <w:rFonts w:ascii="Times New Roman" w:hAnsi="Times New Roman" w:cs="Times New Roman"/>
          <w:sz w:val="22"/>
        </w:rPr>
        <w:t xml:space="preserve">  </w:t>
      </w:r>
      <w:proofErr w:type="spellStart"/>
      <w:r w:rsidRPr="00287918">
        <w:rPr>
          <w:rFonts w:ascii="Times New Roman" w:hAnsi="Times New Roman" w:cs="Times New Roman"/>
          <w:sz w:val="22"/>
        </w:rPr>
        <w:t>destacan</w:t>
      </w:r>
      <w:proofErr w:type="spellEnd"/>
      <w:proofErr w:type="gram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aumento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287918">
        <w:rPr>
          <w:rFonts w:ascii="Times New Roman" w:hAnsi="Times New Roman" w:cs="Times New Roman"/>
          <w:sz w:val="22"/>
        </w:rPr>
        <w:t>productividad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automatización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tareas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repetitivas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personalización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educativa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mejora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el </w:t>
      </w:r>
      <w:proofErr w:type="spellStart"/>
      <w:r w:rsidRPr="00287918">
        <w:rPr>
          <w:rFonts w:ascii="Times New Roman" w:hAnsi="Times New Roman" w:cs="Times New Roman"/>
          <w:sz w:val="22"/>
        </w:rPr>
        <w:t>apoyo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la </w:t>
      </w:r>
      <w:proofErr w:type="spellStart"/>
      <w:r w:rsidRPr="00287918">
        <w:rPr>
          <w:rFonts w:ascii="Times New Roman" w:hAnsi="Times New Roman" w:cs="Times New Roman"/>
          <w:sz w:val="22"/>
        </w:rPr>
        <w:t>investigación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Para el Perú, la IA también </w:t>
      </w:r>
      <w:proofErr w:type="spellStart"/>
      <w:r w:rsidRPr="00287918">
        <w:rPr>
          <w:rFonts w:ascii="Times New Roman" w:hAnsi="Times New Roman" w:cs="Times New Roman"/>
          <w:sz w:val="22"/>
        </w:rPr>
        <w:t>puede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contribuir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gramStart"/>
      <w:r w:rsidRPr="00287918">
        <w:rPr>
          <w:rFonts w:ascii="Times New Roman" w:hAnsi="Times New Roman" w:cs="Times New Roman"/>
          <w:sz w:val="22"/>
        </w:rPr>
        <w:t>a</w:t>
      </w:r>
      <w:proofErr w:type="gram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enfrentar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problemas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relacionados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gestión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conservación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recursos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05CE1F6F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Sin embargo, </w:t>
      </w:r>
      <w:proofErr w:type="spellStart"/>
      <w:r w:rsidRPr="00287918">
        <w:rPr>
          <w:rFonts w:ascii="Times New Roman" w:hAnsi="Times New Roman" w:cs="Times New Roman"/>
          <w:sz w:val="22"/>
        </w:rPr>
        <w:t>existen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riesgos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información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generada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por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IA </w:t>
      </w:r>
      <w:proofErr w:type="spellStart"/>
      <w:r w:rsidRPr="00287918">
        <w:rPr>
          <w:rFonts w:ascii="Times New Roman" w:hAnsi="Times New Roman" w:cs="Times New Roman"/>
          <w:sz w:val="22"/>
        </w:rPr>
        <w:t>puede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contener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errores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modelos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pueden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reproducir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sesgos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el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datos </w:t>
      </w:r>
      <w:proofErr w:type="spellStart"/>
      <w:r w:rsidRPr="00287918">
        <w:rPr>
          <w:rFonts w:ascii="Times New Roman" w:hAnsi="Times New Roman" w:cs="Times New Roman"/>
          <w:sz w:val="22"/>
        </w:rPr>
        <w:t>personales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puede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afectar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privacidad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y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dependencia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excesiva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puede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pensamiento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crítico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87918">
        <w:rPr>
          <w:rFonts w:ascii="Times New Roman" w:hAnsi="Times New Roman" w:cs="Times New Roman"/>
          <w:sz w:val="22"/>
        </w:rPr>
        <w:t>Además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brecha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conectividad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puede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generar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desigualdades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entre zonas </w:t>
      </w:r>
      <w:proofErr w:type="spellStart"/>
      <w:r w:rsidRPr="00287918">
        <w:rPr>
          <w:rFonts w:ascii="Times New Roman" w:hAnsi="Times New Roman" w:cs="Times New Roman"/>
          <w:sz w:val="22"/>
        </w:rPr>
        <w:t>urbanas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rurales. Por </w:t>
      </w:r>
      <w:proofErr w:type="spellStart"/>
      <w:r w:rsidRPr="00287918">
        <w:rPr>
          <w:rFonts w:ascii="Times New Roman" w:hAnsi="Times New Roman" w:cs="Times New Roman"/>
          <w:sz w:val="22"/>
        </w:rPr>
        <w:t>ello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capacitación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la </w:t>
      </w:r>
      <w:proofErr w:type="spellStart"/>
      <w:r w:rsidRPr="00287918">
        <w:rPr>
          <w:rFonts w:ascii="Times New Roman" w:hAnsi="Times New Roman" w:cs="Times New Roman"/>
          <w:sz w:val="22"/>
        </w:rPr>
        <w:t>supervisión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humana son </w:t>
      </w:r>
      <w:proofErr w:type="spellStart"/>
      <w:r w:rsidRPr="00287918">
        <w:rPr>
          <w:rFonts w:ascii="Times New Roman" w:hAnsi="Times New Roman" w:cs="Times New Roman"/>
          <w:sz w:val="22"/>
        </w:rPr>
        <w:t>fundamentales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4F98A40A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287918">
        <w:rPr>
          <w:rFonts w:ascii="Times New Roman" w:hAnsi="Times New Roman" w:cs="Times New Roman"/>
          <w:sz w:val="22"/>
        </w:rPr>
        <w:t>Resumen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capítulos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II y III: El Perú </w:t>
      </w:r>
      <w:proofErr w:type="spellStart"/>
      <w:r w:rsidRPr="00287918">
        <w:rPr>
          <w:rFonts w:ascii="Times New Roman" w:hAnsi="Times New Roman" w:cs="Times New Roman"/>
          <w:sz w:val="22"/>
        </w:rPr>
        <w:t>ya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utiliza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experimenta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sectores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estratégicos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pero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éxito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esta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dependerá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combinar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innovación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</w:t>
      </w:r>
      <w:proofErr w:type="spellStart"/>
      <w:r w:rsidRPr="00287918">
        <w:rPr>
          <w:rFonts w:ascii="Times New Roman" w:hAnsi="Times New Roman" w:cs="Times New Roman"/>
          <w:sz w:val="22"/>
        </w:rPr>
        <w:t>infraestructura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talento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datos de </w:t>
      </w:r>
      <w:proofErr w:type="spellStart"/>
      <w:r w:rsidRPr="00287918">
        <w:rPr>
          <w:rFonts w:ascii="Times New Roman" w:hAnsi="Times New Roman" w:cs="Times New Roman"/>
          <w:sz w:val="22"/>
        </w:rPr>
        <w:t>calidad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ciberseguridad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protección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derechos.</w:t>
      </w:r>
    </w:p>
    <w:p w14:paraId="2DD9EEBF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br w:type="page"/>
      </w:r>
    </w:p>
    <w:p w14:paraId="1CA8EA6F" w14:textId="77777777" w:rsidR="00D37D2D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28" w:name="_Toc242094280"/>
      <w:bookmarkStart w:id="29" w:name="_Toc242217097"/>
      <w:r w:rsidRPr="00287918">
        <w:rPr>
          <w:rFonts w:cs="Times New Roman"/>
          <w:sz w:val="22"/>
          <w:szCs w:val="22"/>
        </w:rPr>
        <w:lastRenderedPageBreak/>
        <w:t>CONCLUSIONES</w:t>
      </w:r>
      <w:bookmarkEnd w:id="28"/>
      <w:bookmarkEnd w:id="29"/>
    </w:p>
    <w:p w14:paraId="17365E06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30" w:name="_Toc242094281"/>
      <w:r w:rsidRPr="00287918">
        <w:rPr>
          <w:rFonts w:ascii="Times New Roman" w:hAnsi="Times New Roman" w:cs="Times New Roman"/>
          <w:sz w:val="22"/>
        </w:rPr>
        <w:t xml:space="preserve">1. La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</w:t>
      </w:r>
      <w:bookmarkEnd w:id="30"/>
      <w:r w:rsidRPr="00287918">
        <w:rPr>
          <w:rFonts w:ascii="Times New Roman" w:hAnsi="Times New Roman" w:cs="Times New Roman"/>
          <w:sz w:val="22"/>
        </w:rPr>
        <w:t xml:space="preserve"> ha </w:t>
      </w:r>
      <w:proofErr w:type="spellStart"/>
      <w:r w:rsidRPr="00287918">
        <w:rPr>
          <w:rFonts w:ascii="Times New Roman" w:hAnsi="Times New Roman" w:cs="Times New Roman"/>
          <w:sz w:val="22"/>
        </w:rPr>
        <w:t>adquirido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importancia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creciente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 </w:t>
      </w:r>
      <w:proofErr w:type="spellStart"/>
      <w:r w:rsidRPr="00287918">
        <w:rPr>
          <w:rFonts w:ascii="Times New Roman" w:hAnsi="Times New Roman" w:cs="Times New Roman"/>
          <w:sz w:val="22"/>
        </w:rPr>
        <w:t>durante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últimos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pasó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ser </w:t>
      </w:r>
      <w:proofErr w:type="spellStart"/>
      <w:r w:rsidRPr="00287918">
        <w:rPr>
          <w:rFonts w:ascii="Times New Roman" w:hAnsi="Times New Roman" w:cs="Times New Roman"/>
          <w:sz w:val="22"/>
        </w:rPr>
        <w:t>principalmente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</w:t>
      </w:r>
      <w:proofErr w:type="spellStart"/>
      <w:r w:rsidRPr="00287918">
        <w:rPr>
          <w:rFonts w:ascii="Times New Roman" w:hAnsi="Times New Roman" w:cs="Times New Roman"/>
          <w:sz w:val="22"/>
        </w:rPr>
        <w:t>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tecnológico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287918">
        <w:rPr>
          <w:rFonts w:ascii="Times New Roman" w:hAnsi="Times New Roman" w:cs="Times New Roman"/>
          <w:sz w:val="22"/>
        </w:rPr>
        <w:t>convertirse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prioridad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1BC1BA6A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31" w:name="_Toc242094282"/>
      <w:r w:rsidRPr="00287918">
        <w:rPr>
          <w:rFonts w:ascii="Times New Roman" w:hAnsi="Times New Roman" w:cs="Times New Roman"/>
          <w:sz w:val="22"/>
        </w:rPr>
        <w:t>2. La Ley</w:t>
      </w:r>
      <w:bookmarkEnd w:id="31"/>
      <w:r w:rsidRPr="00287918">
        <w:rPr>
          <w:rFonts w:ascii="Times New Roman" w:hAnsi="Times New Roman" w:cs="Times New Roman"/>
          <w:sz w:val="22"/>
        </w:rPr>
        <w:t xml:space="preserve"> N.° 31814, </w:t>
      </w:r>
      <w:proofErr w:type="spellStart"/>
      <w:r w:rsidRPr="00287918">
        <w:rPr>
          <w:rFonts w:ascii="Times New Roman" w:hAnsi="Times New Roman" w:cs="Times New Roman"/>
          <w:sz w:val="22"/>
        </w:rPr>
        <w:t>aprobada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2023, y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2025 </w:t>
      </w:r>
      <w:proofErr w:type="spellStart"/>
      <w:r w:rsidRPr="00287918">
        <w:rPr>
          <w:rFonts w:ascii="Times New Roman" w:hAnsi="Times New Roman" w:cs="Times New Roman"/>
          <w:sz w:val="22"/>
        </w:rPr>
        <w:t>constituyen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bases </w:t>
      </w:r>
      <w:proofErr w:type="spellStart"/>
      <w:r w:rsidRPr="00287918">
        <w:rPr>
          <w:rFonts w:ascii="Times New Roman" w:hAnsi="Times New Roman" w:cs="Times New Roman"/>
          <w:sz w:val="22"/>
        </w:rPr>
        <w:t>importantes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responsable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IA, con </w:t>
      </w:r>
      <w:proofErr w:type="spellStart"/>
      <w:r w:rsidRPr="00287918">
        <w:rPr>
          <w:rFonts w:ascii="Times New Roman" w:hAnsi="Times New Roman" w:cs="Times New Roman"/>
          <w:sz w:val="22"/>
        </w:rPr>
        <w:t>énfasis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seguridad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transparencia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derechos </w:t>
      </w:r>
      <w:proofErr w:type="spellStart"/>
      <w:r w:rsidRPr="00287918">
        <w:rPr>
          <w:rFonts w:ascii="Times New Roman" w:hAnsi="Times New Roman" w:cs="Times New Roman"/>
          <w:sz w:val="22"/>
        </w:rPr>
        <w:t>humanos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72192AC1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3. La IA </w:t>
      </w:r>
      <w:proofErr w:type="spellStart"/>
      <w:r w:rsidRPr="00287918">
        <w:rPr>
          <w:rFonts w:ascii="Times New Roman" w:hAnsi="Times New Roman" w:cs="Times New Roman"/>
          <w:sz w:val="22"/>
        </w:rPr>
        <w:t>ofrece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oportunidades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concretas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la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justicia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emprendimiento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sin embargo, sus </w:t>
      </w:r>
      <w:proofErr w:type="spellStart"/>
      <w:r w:rsidRPr="00287918">
        <w:rPr>
          <w:rFonts w:ascii="Times New Roman" w:hAnsi="Times New Roman" w:cs="Times New Roman"/>
          <w:sz w:val="22"/>
        </w:rPr>
        <w:t>beneficios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dependen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287918">
        <w:rPr>
          <w:rFonts w:ascii="Times New Roman" w:hAnsi="Times New Roman" w:cs="Times New Roman"/>
          <w:sz w:val="22"/>
        </w:rPr>
        <w:t>disponibilidad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infraestructura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datos y </w:t>
      </w:r>
      <w:proofErr w:type="spellStart"/>
      <w:r w:rsidRPr="00287918">
        <w:rPr>
          <w:rFonts w:ascii="Times New Roman" w:hAnsi="Times New Roman" w:cs="Times New Roman"/>
          <w:sz w:val="22"/>
        </w:rPr>
        <w:t>profesionales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capacitados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4A8A1B6F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32" w:name="_Toc242094283"/>
      <w:r w:rsidRPr="00287918">
        <w:rPr>
          <w:rFonts w:ascii="Times New Roman" w:hAnsi="Times New Roman" w:cs="Times New Roman"/>
          <w:sz w:val="22"/>
        </w:rPr>
        <w:t>4. El principal</w:t>
      </w:r>
      <w:bookmarkEnd w:id="32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desafío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peruano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consiste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brecha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fortalecer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capacidades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población para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adopción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 sea </w:t>
      </w:r>
      <w:proofErr w:type="spellStart"/>
      <w:r w:rsidRPr="00287918">
        <w:rPr>
          <w:rFonts w:ascii="Times New Roman" w:hAnsi="Times New Roman" w:cs="Times New Roman"/>
          <w:sz w:val="22"/>
        </w:rPr>
        <w:t>inclusiva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no </w:t>
      </w:r>
      <w:proofErr w:type="spellStart"/>
      <w:r w:rsidRPr="00287918">
        <w:rPr>
          <w:rFonts w:ascii="Times New Roman" w:hAnsi="Times New Roman" w:cs="Times New Roman"/>
          <w:sz w:val="22"/>
        </w:rPr>
        <w:t>aumente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desigualdades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existentes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2F4B4BC4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5. La </w:t>
      </w:r>
      <w:proofErr w:type="spellStart"/>
      <w:r w:rsidRPr="00287918">
        <w:rPr>
          <w:rFonts w:ascii="Times New Roman" w:hAnsi="Times New Roman" w:cs="Times New Roman"/>
          <w:sz w:val="22"/>
        </w:rPr>
        <w:t>perspectiva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hacia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próximos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es de mayor </w:t>
      </w:r>
      <w:proofErr w:type="spellStart"/>
      <w:r w:rsidRPr="00287918">
        <w:rPr>
          <w:rFonts w:ascii="Times New Roman" w:hAnsi="Times New Roman" w:cs="Times New Roman"/>
          <w:sz w:val="22"/>
        </w:rPr>
        <w:t>integración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Estado y la </w:t>
      </w:r>
      <w:proofErr w:type="spellStart"/>
      <w:r w:rsidRPr="00287918">
        <w:rPr>
          <w:rFonts w:ascii="Times New Roman" w:hAnsi="Times New Roman" w:cs="Times New Roman"/>
          <w:sz w:val="22"/>
        </w:rPr>
        <w:t>sociedad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Estrategia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Nacional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2026–2030 </w:t>
      </w:r>
      <w:proofErr w:type="spellStart"/>
      <w:r w:rsidRPr="00287918">
        <w:rPr>
          <w:rFonts w:ascii="Times New Roman" w:hAnsi="Times New Roman" w:cs="Times New Roman"/>
          <w:sz w:val="22"/>
        </w:rPr>
        <w:t>representa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paso para </w:t>
      </w:r>
      <w:proofErr w:type="spellStart"/>
      <w:r w:rsidRPr="00287918">
        <w:rPr>
          <w:rFonts w:ascii="Times New Roman" w:hAnsi="Times New Roman" w:cs="Times New Roman"/>
          <w:sz w:val="22"/>
        </w:rPr>
        <w:t>organizar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un </w:t>
      </w:r>
      <w:proofErr w:type="spellStart"/>
      <w:r w:rsidRPr="00287918">
        <w:rPr>
          <w:rFonts w:ascii="Times New Roman" w:hAnsi="Times New Roman" w:cs="Times New Roman"/>
          <w:sz w:val="22"/>
        </w:rPr>
        <w:t>ecosistema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IA.</w:t>
      </w:r>
    </w:p>
    <w:p w14:paraId="5473B657" w14:textId="77777777" w:rsidR="008458FB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br w:type="page"/>
      </w:r>
    </w:p>
    <w:p w14:paraId="6AB13DBA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bookmarkStart w:id="33" w:name="_Toc242094284"/>
      <w:r w:rsidRPr="00287918">
        <w:rPr>
          <w:rFonts w:ascii="Times New Roman" w:hAnsi="Times New Roman" w:cs="Times New Roman"/>
          <w:sz w:val="22"/>
        </w:rPr>
        <w:lastRenderedPageBreak/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ha </w:t>
      </w:r>
      <w:proofErr w:type="spellStart"/>
      <w:r w:rsidRPr="00287918">
        <w:rPr>
          <w:rFonts w:ascii="Times New Roman" w:hAnsi="Times New Roman" w:cs="Times New Roman"/>
          <w:sz w:val="22"/>
        </w:rPr>
        <w:t>adquirido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importancia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creciente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 </w:t>
      </w:r>
      <w:proofErr w:type="spellStart"/>
      <w:r w:rsidRPr="00287918">
        <w:rPr>
          <w:rFonts w:ascii="Times New Roman" w:hAnsi="Times New Roman" w:cs="Times New Roman"/>
          <w:sz w:val="22"/>
        </w:rPr>
        <w:t>durante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últimos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pasó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ser </w:t>
      </w:r>
      <w:proofErr w:type="spellStart"/>
      <w:r w:rsidRPr="00287918">
        <w:rPr>
          <w:rFonts w:ascii="Times New Roman" w:hAnsi="Times New Roman" w:cs="Times New Roman"/>
          <w:sz w:val="22"/>
        </w:rPr>
        <w:t>principalmente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</w:t>
      </w:r>
      <w:proofErr w:type="spellStart"/>
      <w:r w:rsidRPr="00287918">
        <w:rPr>
          <w:rFonts w:ascii="Times New Roman" w:hAnsi="Times New Roman" w:cs="Times New Roman"/>
          <w:sz w:val="22"/>
        </w:rPr>
        <w:t>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tecnológico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287918">
        <w:rPr>
          <w:rFonts w:ascii="Times New Roman" w:hAnsi="Times New Roman" w:cs="Times New Roman"/>
          <w:sz w:val="22"/>
        </w:rPr>
        <w:t>convertirse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prioridad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2C99FF68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2. La Ley N.° 31814, </w:t>
      </w:r>
      <w:proofErr w:type="spellStart"/>
      <w:r w:rsidRPr="00287918">
        <w:rPr>
          <w:rFonts w:ascii="Times New Roman" w:hAnsi="Times New Roman" w:cs="Times New Roman"/>
          <w:sz w:val="22"/>
        </w:rPr>
        <w:t>aprobada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2023, y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2025 </w:t>
      </w:r>
      <w:proofErr w:type="spellStart"/>
      <w:r w:rsidRPr="00287918">
        <w:rPr>
          <w:rFonts w:ascii="Times New Roman" w:hAnsi="Times New Roman" w:cs="Times New Roman"/>
          <w:sz w:val="22"/>
        </w:rPr>
        <w:t>constituyen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bases </w:t>
      </w:r>
      <w:proofErr w:type="spellStart"/>
      <w:r w:rsidRPr="00287918">
        <w:rPr>
          <w:rFonts w:ascii="Times New Roman" w:hAnsi="Times New Roman" w:cs="Times New Roman"/>
          <w:sz w:val="22"/>
        </w:rPr>
        <w:t>importantes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responsable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IA, con </w:t>
      </w:r>
      <w:proofErr w:type="spellStart"/>
      <w:r w:rsidRPr="00287918">
        <w:rPr>
          <w:rFonts w:ascii="Times New Roman" w:hAnsi="Times New Roman" w:cs="Times New Roman"/>
          <w:sz w:val="22"/>
        </w:rPr>
        <w:t>énfasis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seguridad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transparencia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derechos </w:t>
      </w:r>
      <w:proofErr w:type="spellStart"/>
      <w:r w:rsidRPr="00287918">
        <w:rPr>
          <w:rFonts w:ascii="Times New Roman" w:hAnsi="Times New Roman" w:cs="Times New Roman"/>
          <w:sz w:val="22"/>
        </w:rPr>
        <w:t>humanos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2AE815C5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3. La IA </w:t>
      </w:r>
      <w:proofErr w:type="spellStart"/>
      <w:r w:rsidRPr="00287918">
        <w:rPr>
          <w:rFonts w:ascii="Times New Roman" w:hAnsi="Times New Roman" w:cs="Times New Roman"/>
          <w:sz w:val="22"/>
        </w:rPr>
        <w:t>ofrece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oportunidades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concretas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la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justicia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emprendimiento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sin embargo, sus </w:t>
      </w:r>
      <w:proofErr w:type="spellStart"/>
      <w:r w:rsidRPr="00287918">
        <w:rPr>
          <w:rFonts w:ascii="Times New Roman" w:hAnsi="Times New Roman" w:cs="Times New Roman"/>
          <w:sz w:val="22"/>
        </w:rPr>
        <w:t>beneficios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dependen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287918">
        <w:rPr>
          <w:rFonts w:ascii="Times New Roman" w:hAnsi="Times New Roman" w:cs="Times New Roman"/>
          <w:sz w:val="22"/>
        </w:rPr>
        <w:t>disponibilidad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infraestructura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datos y </w:t>
      </w:r>
      <w:proofErr w:type="spellStart"/>
      <w:r w:rsidRPr="00287918">
        <w:rPr>
          <w:rFonts w:ascii="Times New Roman" w:hAnsi="Times New Roman" w:cs="Times New Roman"/>
          <w:sz w:val="22"/>
        </w:rPr>
        <w:t>profesionales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capacitados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2497EA01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4. El principal </w:t>
      </w:r>
      <w:proofErr w:type="spellStart"/>
      <w:r w:rsidRPr="00287918">
        <w:rPr>
          <w:rFonts w:ascii="Times New Roman" w:hAnsi="Times New Roman" w:cs="Times New Roman"/>
          <w:sz w:val="22"/>
        </w:rPr>
        <w:t>desafío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peruano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consiste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brecha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fortalecer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capacidades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población para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adopción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 sea </w:t>
      </w:r>
      <w:proofErr w:type="spellStart"/>
      <w:r w:rsidRPr="00287918">
        <w:rPr>
          <w:rFonts w:ascii="Times New Roman" w:hAnsi="Times New Roman" w:cs="Times New Roman"/>
          <w:sz w:val="22"/>
        </w:rPr>
        <w:t>inclusiva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no </w:t>
      </w:r>
      <w:proofErr w:type="spellStart"/>
      <w:r w:rsidRPr="00287918">
        <w:rPr>
          <w:rFonts w:ascii="Times New Roman" w:hAnsi="Times New Roman" w:cs="Times New Roman"/>
          <w:sz w:val="22"/>
        </w:rPr>
        <w:t>aumente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desigualdades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existentes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72F8EE1E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5. La </w:t>
      </w:r>
      <w:proofErr w:type="spellStart"/>
      <w:r w:rsidRPr="00287918">
        <w:rPr>
          <w:rFonts w:ascii="Times New Roman" w:hAnsi="Times New Roman" w:cs="Times New Roman"/>
          <w:sz w:val="22"/>
        </w:rPr>
        <w:t>perspectiva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hacia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próximos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es de mayor </w:t>
      </w:r>
      <w:proofErr w:type="spellStart"/>
      <w:r w:rsidRPr="00287918">
        <w:rPr>
          <w:rFonts w:ascii="Times New Roman" w:hAnsi="Times New Roman" w:cs="Times New Roman"/>
          <w:sz w:val="22"/>
        </w:rPr>
        <w:t>integración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Estado y la </w:t>
      </w:r>
      <w:proofErr w:type="spellStart"/>
      <w:r w:rsidRPr="00287918">
        <w:rPr>
          <w:rFonts w:ascii="Times New Roman" w:hAnsi="Times New Roman" w:cs="Times New Roman"/>
          <w:sz w:val="22"/>
        </w:rPr>
        <w:t>sociedad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Estrategia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Nacional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2026–2030 </w:t>
      </w:r>
      <w:proofErr w:type="spellStart"/>
      <w:r w:rsidRPr="00287918">
        <w:rPr>
          <w:rFonts w:ascii="Times New Roman" w:hAnsi="Times New Roman" w:cs="Times New Roman"/>
          <w:sz w:val="22"/>
        </w:rPr>
        <w:t>representa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paso para </w:t>
      </w:r>
      <w:proofErr w:type="spellStart"/>
      <w:r w:rsidRPr="00287918">
        <w:rPr>
          <w:rFonts w:ascii="Times New Roman" w:hAnsi="Times New Roman" w:cs="Times New Roman"/>
          <w:sz w:val="22"/>
        </w:rPr>
        <w:t>organizar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un </w:t>
      </w:r>
      <w:proofErr w:type="spellStart"/>
      <w:r w:rsidRPr="00287918">
        <w:rPr>
          <w:rFonts w:ascii="Times New Roman" w:hAnsi="Times New Roman" w:cs="Times New Roman"/>
          <w:sz w:val="22"/>
        </w:rPr>
        <w:t>ecosistema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IA.</w:t>
      </w:r>
    </w:p>
    <w:p w14:paraId="52D3F939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ha </w:t>
      </w:r>
      <w:proofErr w:type="spellStart"/>
      <w:r w:rsidRPr="00287918">
        <w:rPr>
          <w:rFonts w:ascii="Times New Roman" w:hAnsi="Times New Roman" w:cs="Times New Roman"/>
          <w:sz w:val="22"/>
        </w:rPr>
        <w:t>adquirido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importancia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creciente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 </w:t>
      </w:r>
      <w:proofErr w:type="spellStart"/>
      <w:r w:rsidRPr="00287918">
        <w:rPr>
          <w:rFonts w:ascii="Times New Roman" w:hAnsi="Times New Roman" w:cs="Times New Roman"/>
          <w:sz w:val="22"/>
        </w:rPr>
        <w:t>durante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últimos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pasó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ser </w:t>
      </w:r>
      <w:proofErr w:type="spellStart"/>
      <w:r w:rsidRPr="00287918">
        <w:rPr>
          <w:rFonts w:ascii="Times New Roman" w:hAnsi="Times New Roman" w:cs="Times New Roman"/>
          <w:sz w:val="22"/>
        </w:rPr>
        <w:t>principalmente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</w:t>
      </w:r>
      <w:proofErr w:type="spellStart"/>
      <w:r w:rsidRPr="00287918">
        <w:rPr>
          <w:rFonts w:ascii="Times New Roman" w:hAnsi="Times New Roman" w:cs="Times New Roman"/>
          <w:sz w:val="22"/>
        </w:rPr>
        <w:t>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tecnológico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287918">
        <w:rPr>
          <w:rFonts w:ascii="Times New Roman" w:hAnsi="Times New Roman" w:cs="Times New Roman"/>
          <w:sz w:val="22"/>
        </w:rPr>
        <w:t>convertirse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prioridad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290CD128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2. La Ley N.° 31814, </w:t>
      </w:r>
      <w:proofErr w:type="spellStart"/>
      <w:r w:rsidRPr="00287918">
        <w:rPr>
          <w:rFonts w:ascii="Times New Roman" w:hAnsi="Times New Roman" w:cs="Times New Roman"/>
          <w:sz w:val="22"/>
        </w:rPr>
        <w:t>aprobada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2023, y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2025 </w:t>
      </w:r>
      <w:proofErr w:type="spellStart"/>
      <w:r w:rsidRPr="00287918">
        <w:rPr>
          <w:rFonts w:ascii="Times New Roman" w:hAnsi="Times New Roman" w:cs="Times New Roman"/>
          <w:sz w:val="22"/>
        </w:rPr>
        <w:t>constituyen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bases </w:t>
      </w:r>
      <w:proofErr w:type="spellStart"/>
      <w:r w:rsidRPr="00287918">
        <w:rPr>
          <w:rFonts w:ascii="Times New Roman" w:hAnsi="Times New Roman" w:cs="Times New Roman"/>
          <w:sz w:val="22"/>
        </w:rPr>
        <w:t>importantes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responsable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IA, con </w:t>
      </w:r>
      <w:proofErr w:type="spellStart"/>
      <w:r w:rsidRPr="00287918">
        <w:rPr>
          <w:rFonts w:ascii="Times New Roman" w:hAnsi="Times New Roman" w:cs="Times New Roman"/>
          <w:sz w:val="22"/>
        </w:rPr>
        <w:t>énfasis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seguridad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transparencia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derechos </w:t>
      </w:r>
      <w:proofErr w:type="spellStart"/>
      <w:r w:rsidRPr="00287918">
        <w:rPr>
          <w:rFonts w:ascii="Times New Roman" w:hAnsi="Times New Roman" w:cs="Times New Roman"/>
          <w:sz w:val="22"/>
        </w:rPr>
        <w:t>humanos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6BC0B003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3. La IA </w:t>
      </w:r>
      <w:proofErr w:type="spellStart"/>
      <w:r w:rsidRPr="00287918">
        <w:rPr>
          <w:rFonts w:ascii="Times New Roman" w:hAnsi="Times New Roman" w:cs="Times New Roman"/>
          <w:sz w:val="22"/>
        </w:rPr>
        <w:t>ofrece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oportunidades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concretas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la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justicia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emprendimiento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sin embargo, sus </w:t>
      </w:r>
      <w:proofErr w:type="spellStart"/>
      <w:r w:rsidRPr="00287918">
        <w:rPr>
          <w:rFonts w:ascii="Times New Roman" w:hAnsi="Times New Roman" w:cs="Times New Roman"/>
          <w:sz w:val="22"/>
        </w:rPr>
        <w:t>beneficios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dependen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287918">
        <w:rPr>
          <w:rFonts w:ascii="Times New Roman" w:hAnsi="Times New Roman" w:cs="Times New Roman"/>
          <w:sz w:val="22"/>
        </w:rPr>
        <w:t>disponibilidad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infraestructura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datos y </w:t>
      </w:r>
      <w:proofErr w:type="spellStart"/>
      <w:r w:rsidRPr="00287918">
        <w:rPr>
          <w:rFonts w:ascii="Times New Roman" w:hAnsi="Times New Roman" w:cs="Times New Roman"/>
          <w:sz w:val="22"/>
        </w:rPr>
        <w:t>profesionales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capacitados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5A2D640A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4. El principal </w:t>
      </w:r>
      <w:proofErr w:type="spellStart"/>
      <w:r w:rsidRPr="00287918">
        <w:rPr>
          <w:rFonts w:ascii="Times New Roman" w:hAnsi="Times New Roman" w:cs="Times New Roman"/>
          <w:sz w:val="22"/>
        </w:rPr>
        <w:t>desafío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peruano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consiste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brecha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fortalecer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capacidades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población para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adopción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 sea </w:t>
      </w:r>
      <w:proofErr w:type="spellStart"/>
      <w:r w:rsidRPr="00287918">
        <w:rPr>
          <w:rFonts w:ascii="Times New Roman" w:hAnsi="Times New Roman" w:cs="Times New Roman"/>
          <w:sz w:val="22"/>
        </w:rPr>
        <w:t>inclusiva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no </w:t>
      </w:r>
      <w:proofErr w:type="spellStart"/>
      <w:r w:rsidRPr="00287918">
        <w:rPr>
          <w:rFonts w:ascii="Times New Roman" w:hAnsi="Times New Roman" w:cs="Times New Roman"/>
          <w:sz w:val="22"/>
        </w:rPr>
        <w:t>aumente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desigualdades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existentes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1A63C4B4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5. La </w:t>
      </w:r>
      <w:proofErr w:type="spellStart"/>
      <w:r w:rsidRPr="00287918">
        <w:rPr>
          <w:rFonts w:ascii="Times New Roman" w:hAnsi="Times New Roman" w:cs="Times New Roman"/>
          <w:sz w:val="22"/>
        </w:rPr>
        <w:t>perspectiva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hacia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próximos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es de mayor </w:t>
      </w:r>
      <w:proofErr w:type="spellStart"/>
      <w:r w:rsidRPr="00287918">
        <w:rPr>
          <w:rFonts w:ascii="Times New Roman" w:hAnsi="Times New Roman" w:cs="Times New Roman"/>
          <w:sz w:val="22"/>
        </w:rPr>
        <w:t>integración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Estado y la </w:t>
      </w:r>
      <w:proofErr w:type="spellStart"/>
      <w:r w:rsidRPr="00287918">
        <w:rPr>
          <w:rFonts w:ascii="Times New Roman" w:hAnsi="Times New Roman" w:cs="Times New Roman"/>
          <w:sz w:val="22"/>
        </w:rPr>
        <w:t>sociedad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Estrategia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Nacional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2026–2030 </w:t>
      </w:r>
      <w:proofErr w:type="spellStart"/>
      <w:r w:rsidRPr="00287918">
        <w:rPr>
          <w:rFonts w:ascii="Times New Roman" w:hAnsi="Times New Roman" w:cs="Times New Roman"/>
          <w:sz w:val="22"/>
        </w:rPr>
        <w:t>representa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paso para </w:t>
      </w:r>
      <w:proofErr w:type="spellStart"/>
      <w:r w:rsidRPr="00287918">
        <w:rPr>
          <w:rFonts w:ascii="Times New Roman" w:hAnsi="Times New Roman" w:cs="Times New Roman"/>
          <w:sz w:val="22"/>
        </w:rPr>
        <w:t>organizar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un </w:t>
      </w:r>
      <w:proofErr w:type="spellStart"/>
      <w:r w:rsidRPr="00287918">
        <w:rPr>
          <w:rFonts w:ascii="Times New Roman" w:hAnsi="Times New Roman" w:cs="Times New Roman"/>
          <w:sz w:val="22"/>
        </w:rPr>
        <w:t>ecosistema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IA.</w:t>
      </w:r>
    </w:p>
    <w:p w14:paraId="007DE48B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ha </w:t>
      </w:r>
      <w:proofErr w:type="spellStart"/>
      <w:r w:rsidRPr="00287918">
        <w:rPr>
          <w:rFonts w:ascii="Times New Roman" w:hAnsi="Times New Roman" w:cs="Times New Roman"/>
          <w:sz w:val="22"/>
        </w:rPr>
        <w:t>adquirido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importancia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creciente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 </w:t>
      </w:r>
      <w:proofErr w:type="spellStart"/>
      <w:r w:rsidRPr="00287918">
        <w:rPr>
          <w:rFonts w:ascii="Times New Roman" w:hAnsi="Times New Roman" w:cs="Times New Roman"/>
          <w:sz w:val="22"/>
        </w:rPr>
        <w:t>durante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últimos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pasó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ser </w:t>
      </w:r>
      <w:proofErr w:type="spellStart"/>
      <w:r w:rsidRPr="00287918">
        <w:rPr>
          <w:rFonts w:ascii="Times New Roman" w:hAnsi="Times New Roman" w:cs="Times New Roman"/>
          <w:sz w:val="22"/>
        </w:rPr>
        <w:t>principalmente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</w:t>
      </w:r>
      <w:proofErr w:type="spellStart"/>
      <w:r w:rsidRPr="00287918">
        <w:rPr>
          <w:rFonts w:ascii="Times New Roman" w:hAnsi="Times New Roman" w:cs="Times New Roman"/>
          <w:sz w:val="22"/>
        </w:rPr>
        <w:t>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tecnológico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287918">
        <w:rPr>
          <w:rFonts w:ascii="Times New Roman" w:hAnsi="Times New Roman" w:cs="Times New Roman"/>
          <w:sz w:val="22"/>
        </w:rPr>
        <w:t>convertirse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prioridad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78B54FFB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2. La Ley N.° 31814, </w:t>
      </w:r>
      <w:proofErr w:type="spellStart"/>
      <w:r w:rsidRPr="00287918">
        <w:rPr>
          <w:rFonts w:ascii="Times New Roman" w:hAnsi="Times New Roman" w:cs="Times New Roman"/>
          <w:sz w:val="22"/>
        </w:rPr>
        <w:t>aprobada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2023, y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2025 </w:t>
      </w:r>
      <w:proofErr w:type="spellStart"/>
      <w:r w:rsidRPr="00287918">
        <w:rPr>
          <w:rFonts w:ascii="Times New Roman" w:hAnsi="Times New Roman" w:cs="Times New Roman"/>
          <w:sz w:val="22"/>
        </w:rPr>
        <w:t>constituyen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bases </w:t>
      </w:r>
      <w:proofErr w:type="spellStart"/>
      <w:r w:rsidRPr="00287918">
        <w:rPr>
          <w:rFonts w:ascii="Times New Roman" w:hAnsi="Times New Roman" w:cs="Times New Roman"/>
          <w:sz w:val="22"/>
        </w:rPr>
        <w:t>importantes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responsable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IA, con </w:t>
      </w:r>
      <w:proofErr w:type="spellStart"/>
      <w:r w:rsidRPr="00287918">
        <w:rPr>
          <w:rFonts w:ascii="Times New Roman" w:hAnsi="Times New Roman" w:cs="Times New Roman"/>
          <w:sz w:val="22"/>
        </w:rPr>
        <w:t>énfasis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seguridad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transparencia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derechos </w:t>
      </w:r>
      <w:proofErr w:type="spellStart"/>
      <w:r w:rsidRPr="00287918">
        <w:rPr>
          <w:rFonts w:ascii="Times New Roman" w:hAnsi="Times New Roman" w:cs="Times New Roman"/>
          <w:sz w:val="22"/>
        </w:rPr>
        <w:t>humanos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5ECA45D2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3. La IA </w:t>
      </w:r>
      <w:proofErr w:type="spellStart"/>
      <w:r w:rsidRPr="00287918">
        <w:rPr>
          <w:rFonts w:ascii="Times New Roman" w:hAnsi="Times New Roman" w:cs="Times New Roman"/>
          <w:sz w:val="22"/>
        </w:rPr>
        <w:t>ofrece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oportunidades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concretas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la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justicia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emprendimiento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sin embargo, sus </w:t>
      </w:r>
      <w:proofErr w:type="spellStart"/>
      <w:r w:rsidRPr="00287918">
        <w:rPr>
          <w:rFonts w:ascii="Times New Roman" w:hAnsi="Times New Roman" w:cs="Times New Roman"/>
          <w:sz w:val="22"/>
        </w:rPr>
        <w:t>beneficios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dependen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287918">
        <w:rPr>
          <w:rFonts w:ascii="Times New Roman" w:hAnsi="Times New Roman" w:cs="Times New Roman"/>
          <w:sz w:val="22"/>
        </w:rPr>
        <w:t>disponibilidad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infraestructura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datos y </w:t>
      </w:r>
      <w:proofErr w:type="spellStart"/>
      <w:r w:rsidRPr="00287918">
        <w:rPr>
          <w:rFonts w:ascii="Times New Roman" w:hAnsi="Times New Roman" w:cs="Times New Roman"/>
          <w:sz w:val="22"/>
        </w:rPr>
        <w:t>profesionales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capacitados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10E5756A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4. El principal </w:t>
      </w:r>
      <w:proofErr w:type="spellStart"/>
      <w:r w:rsidRPr="00287918">
        <w:rPr>
          <w:rFonts w:ascii="Times New Roman" w:hAnsi="Times New Roman" w:cs="Times New Roman"/>
          <w:sz w:val="22"/>
        </w:rPr>
        <w:t>desafío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peruano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consiste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brecha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fortalecer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capacidades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población para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adopción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 sea </w:t>
      </w:r>
      <w:proofErr w:type="spellStart"/>
      <w:r w:rsidRPr="00287918">
        <w:rPr>
          <w:rFonts w:ascii="Times New Roman" w:hAnsi="Times New Roman" w:cs="Times New Roman"/>
          <w:sz w:val="22"/>
        </w:rPr>
        <w:t>inclusiva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no </w:t>
      </w:r>
      <w:proofErr w:type="spellStart"/>
      <w:r w:rsidRPr="00287918">
        <w:rPr>
          <w:rFonts w:ascii="Times New Roman" w:hAnsi="Times New Roman" w:cs="Times New Roman"/>
          <w:sz w:val="22"/>
        </w:rPr>
        <w:t>aumente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desigualdades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existentes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4DD61B1B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lastRenderedPageBreak/>
        <w:t xml:space="preserve">5. La </w:t>
      </w:r>
      <w:proofErr w:type="spellStart"/>
      <w:r w:rsidRPr="00287918">
        <w:rPr>
          <w:rFonts w:ascii="Times New Roman" w:hAnsi="Times New Roman" w:cs="Times New Roman"/>
          <w:sz w:val="22"/>
        </w:rPr>
        <w:t>perspectiva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hacia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próximos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es de mayor </w:t>
      </w:r>
      <w:proofErr w:type="spellStart"/>
      <w:r w:rsidRPr="00287918">
        <w:rPr>
          <w:rFonts w:ascii="Times New Roman" w:hAnsi="Times New Roman" w:cs="Times New Roman"/>
          <w:sz w:val="22"/>
        </w:rPr>
        <w:t>integración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Estado y la </w:t>
      </w:r>
      <w:proofErr w:type="spellStart"/>
      <w:r w:rsidRPr="00287918">
        <w:rPr>
          <w:rFonts w:ascii="Times New Roman" w:hAnsi="Times New Roman" w:cs="Times New Roman"/>
          <w:sz w:val="22"/>
        </w:rPr>
        <w:t>sociedad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Estrategia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Nacional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2026–2030 </w:t>
      </w:r>
      <w:proofErr w:type="spellStart"/>
      <w:r w:rsidRPr="00287918">
        <w:rPr>
          <w:rFonts w:ascii="Times New Roman" w:hAnsi="Times New Roman" w:cs="Times New Roman"/>
          <w:sz w:val="22"/>
        </w:rPr>
        <w:t>representa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paso para </w:t>
      </w:r>
      <w:proofErr w:type="spellStart"/>
      <w:r w:rsidRPr="00287918">
        <w:rPr>
          <w:rFonts w:ascii="Times New Roman" w:hAnsi="Times New Roman" w:cs="Times New Roman"/>
          <w:sz w:val="22"/>
        </w:rPr>
        <w:t>organizar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un </w:t>
      </w:r>
      <w:proofErr w:type="spellStart"/>
      <w:r w:rsidRPr="00287918">
        <w:rPr>
          <w:rFonts w:ascii="Times New Roman" w:hAnsi="Times New Roman" w:cs="Times New Roman"/>
          <w:sz w:val="22"/>
        </w:rPr>
        <w:t>ecosistema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IA.</w:t>
      </w:r>
    </w:p>
    <w:p w14:paraId="450964B8" w14:textId="77777777" w:rsidR="0097094B" w:rsidRDefault="0097094B">
      <w:pPr>
        <w:spacing w:after="200" w:line="276" w:lineRule="auto"/>
        <w:rPr>
          <w:rFonts w:ascii="Times New Roman" w:eastAsiaTheme="majorEastAsia" w:hAnsi="Times New Roman" w:cs="Times New Roman"/>
          <w:b/>
          <w:bCs/>
          <w:sz w:val="22"/>
        </w:rPr>
      </w:pPr>
      <w:r>
        <w:rPr>
          <w:rFonts w:cs="Times New Roman"/>
          <w:sz w:val="22"/>
        </w:rPr>
        <w:br w:type="page"/>
      </w:r>
    </w:p>
    <w:p w14:paraId="76A65AE4" w14:textId="29DAAC1C" w:rsidR="00D37D2D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34" w:name="_Toc242217098"/>
      <w:r w:rsidRPr="00287918">
        <w:rPr>
          <w:rFonts w:cs="Times New Roman"/>
          <w:sz w:val="22"/>
          <w:szCs w:val="22"/>
        </w:rPr>
        <w:lastRenderedPageBreak/>
        <w:t>BIBLIOGRAFÍA</w:t>
      </w:r>
      <w:bookmarkEnd w:id="33"/>
      <w:bookmarkEnd w:id="34"/>
    </w:p>
    <w:p w14:paraId="66F9E1F9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Presidencia del Consejo de Ministros. (2026).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(IA)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Perú. Plataforma del Estado Peruano.</w:t>
      </w:r>
    </w:p>
    <w:p w14:paraId="1B5F051F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Presidencia del Consejo de Ministros. (2026). </w:t>
      </w:r>
      <w:proofErr w:type="spellStart"/>
      <w:r w:rsidRPr="00287918">
        <w:rPr>
          <w:rFonts w:ascii="Times New Roman" w:hAnsi="Times New Roman" w:cs="Times New Roman"/>
          <w:sz w:val="22"/>
        </w:rPr>
        <w:t>Estrategia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Nacional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2026–2030. Plataforma del Estado Peruano.</w:t>
      </w:r>
    </w:p>
    <w:p w14:paraId="27542CD0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Congreso de la República / El Peruano. (2023). Ley N.° 31814, Ley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promueve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favor del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económico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social del </w:t>
      </w:r>
      <w:proofErr w:type="spellStart"/>
      <w:r w:rsidRPr="00287918">
        <w:rPr>
          <w:rFonts w:ascii="Times New Roman" w:hAnsi="Times New Roman" w:cs="Times New Roman"/>
          <w:sz w:val="22"/>
        </w:rPr>
        <w:t>país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6347E407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Presidencia del Consejo de Ministros. (2025). </w:t>
      </w:r>
      <w:proofErr w:type="spellStart"/>
      <w:r w:rsidRPr="00287918">
        <w:rPr>
          <w:rFonts w:ascii="Times New Roman" w:hAnsi="Times New Roman" w:cs="Times New Roman"/>
          <w:sz w:val="22"/>
        </w:rPr>
        <w:t>Conoce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Ley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Perú.</w:t>
      </w:r>
    </w:p>
    <w:p w14:paraId="5803D0C9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Presidencia del Consejo de Ministros. (2025). </w:t>
      </w:r>
      <w:proofErr w:type="spellStart"/>
      <w:r w:rsidRPr="00287918">
        <w:rPr>
          <w:rFonts w:ascii="Times New Roman" w:hAnsi="Times New Roman" w:cs="Times New Roman"/>
          <w:sz w:val="22"/>
        </w:rPr>
        <w:t>Índices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internacionales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Artificial.</w:t>
      </w:r>
    </w:p>
    <w:p w14:paraId="256D8C9B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Presidencia del Consejo de Ministros. (2025). </w:t>
      </w:r>
      <w:proofErr w:type="spellStart"/>
      <w:r w:rsidRPr="00287918">
        <w:rPr>
          <w:rFonts w:ascii="Times New Roman" w:hAnsi="Times New Roman" w:cs="Times New Roman"/>
          <w:sz w:val="22"/>
        </w:rPr>
        <w:t>Informes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finales </w:t>
      </w:r>
      <w:proofErr w:type="spellStart"/>
      <w:r w:rsidRPr="00287918">
        <w:rPr>
          <w:rFonts w:ascii="Times New Roman" w:hAnsi="Times New Roman" w:cs="Times New Roman"/>
          <w:sz w:val="22"/>
        </w:rPr>
        <w:t>sobre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estrategia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estándares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guías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para </w:t>
      </w:r>
      <w:proofErr w:type="spellStart"/>
      <w:r w:rsidRPr="00287918">
        <w:rPr>
          <w:rFonts w:ascii="Times New Roman" w:hAnsi="Times New Roman" w:cs="Times New Roman"/>
          <w:sz w:val="22"/>
        </w:rPr>
        <w:t>Gobierno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Perú.</w:t>
      </w:r>
    </w:p>
    <w:p w14:paraId="76B7EB20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</w:t>
      </w:r>
      <w:proofErr w:type="spellStart"/>
      <w:r w:rsidRPr="00287918">
        <w:rPr>
          <w:rFonts w:ascii="Times New Roman" w:hAnsi="Times New Roman" w:cs="Times New Roman"/>
          <w:sz w:val="22"/>
        </w:rPr>
        <w:t>Ministerio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Perú. (2025). </w:t>
      </w:r>
      <w:proofErr w:type="spellStart"/>
      <w:r w:rsidRPr="00287918">
        <w:rPr>
          <w:rFonts w:ascii="Times New Roman" w:hAnsi="Times New Roman" w:cs="Times New Roman"/>
          <w:sz w:val="22"/>
        </w:rPr>
        <w:t>Minedu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287918">
        <w:rPr>
          <w:rFonts w:ascii="Times New Roman" w:hAnsi="Times New Roman" w:cs="Times New Roman"/>
          <w:sz w:val="22"/>
        </w:rPr>
        <w:t>más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87 000 </w:t>
      </w:r>
      <w:proofErr w:type="spellStart"/>
      <w:r w:rsidRPr="00287918">
        <w:rPr>
          <w:rFonts w:ascii="Times New Roman" w:hAnsi="Times New Roman" w:cs="Times New Roman"/>
          <w:sz w:val="22"/>
        </w:rPr>
        <w:t>docentes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ámbito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08C41C25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287918">
        <w:rPr>
          <w:rFonts w:ascii="Times New Roman" w:hAnsi="Times New Roman" w:cs="Times New Roman"/>
          <w:sz w:val="22"/>
        </w:rPr>
        <w:t>Nota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: La </w:t>
      </w:r>
      <w:proofErr w:type="spellStart"/>
      <w:r w:rsidRPr="00287918">
        <w:rPr>
          <w:rFonts w:ascii="Times New Roman" w:hAnsi="Times New Roman" w:cs="Times New Roman"/>
          <w:sz w:val="22"/>
        </w:rPr>
        <w:t>información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se ha </w:t>
      </w:r>
      <w:proofErr w:type="spellStart"/>
      <w:r w:rsidRPr="00287918">
        <w:rPr>
          <w:rFonts w:ascii="Times New Roman" w:hAnsi="Times New Roman" w:cs="Times New Roman"/>
          <w:sz w:val="22"/>
        </w:rPr>
        <w:t>sintetizado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287918">
        <w:rPr>
          <w:rFonts w:ascii="Times New Roman" w:hAnsi="Times New Roman" w:cs="Times New Roman"/>
          <w:sz w:val="22"/>
        </w:rPr>
        <w:t>partir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fuentes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institucionales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peruanas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documentos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oficiales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consultados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esta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monografía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numeración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inferior </w:t>
      </w:r>
      <w:proofErr w:type="spellStart"/>
      <w:r w:rsidRPr="00287918">
        <w:rPr>
          <w:rFonts w:ascii="Times New Roman" w:hAnsi="Times New Roman" w:cs="Times New Roman"/>
          <w:sz w:val="22"/>
        </w:rPr>
        <w:t>corresponde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al </w:t>
      </w:r>
      <w:proofErr w:type="spellStart"/>
      <w:r w:rsidRPr="00287918">
        <w:rPr>
          <w:rFonts w:ascii="Times New Roman" w:hAnsi="Times New Roman" w:cs="Times New Roman"/>
          <w:sz w:val="22"/>
        </w:rPr>
        <w:t>número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página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</w:t>
      </w:r>
      <w:proofErr w:type="spellStart"/>
      <w:r w:rsidRPr="00287918">
        <w:rPr>
          <w:rFonts w:ascii="Times New Roman" w:hAnsi="Times New Roman" w:cs="Times New Roman"/>
          <w:sz w:val="22"/>
        </w:rPr>
        <w:t>documento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sectPr w:rsidR="00D37D2D" w:rsidRPr="00287918" w:rsidSect="0097094B">
      <w:pgSz w:w="12240" w:h="15840"/>
      <w:pgMar w:top="893" w:right="1037" w:bottom="792" w:left="1037" w:header="720" w:footer="720" w:gutter="0"/>
      <w:pgNumType w:fmt="upperLetter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F16B3" w14:textId="77777777" w:rsidR="004519AB" w:rsidRDefault="004519AB">
      <w:pPr>
        <w:spacing w:after="0"/>
      </w:pPr>
      <w:r>
        <w:separator/>
      </w:r>
    </w:p>
  </w:endnote>
  <w:endnote w:type="continuationSeparator" w:id="0">
    <w:p w14:paraId="0A8DBF7E" w14:textId="77777777" w:rsidR="004519AB" w:rsidRDefault="004519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95A5" w14:textId="29108329" w:rsidR="008458FB" w:rsidRPr="008458FB" w:rsidRDefault="008458FB">
    <w:pPr>
      <w:pStyle w:val="Piedepgina"/>
      <w:jc w:val="right"/>
      <w:rPr>
        <w:b/>
        <w:bCs/>
      </w:rPr>
    </w:pPr>
  </w:p>
  <w:p w14:paraId="69CDDB39" w14:textId="77777777" w:rsidR="008458FB" w:rsidRDefault="008458F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73948" w14:textId="77777777" w:rsidR="004519AB" w:rsidRDefault="004519AB">
      <w:pPr>
        <w:spacing w:after="0"/>
      </w:pPr>
      <w:r>
        <w:separator/>
      </w:r>
    </w:p>
  </w:footnote>
  <w:footnote w:type="continuationSeparator" w:id="0">
    <w:p w14:paraId="5C4867FE" w14:textId="77777777" w:rsidR="004519AB" w:rsidRDefault="004519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E0E4C" w14:textId="5EBBBF32" w:rsidR="0097094B" w:rsidRDefault="0097094B">
    <w:pPr>
      <w:pStyle w:val="Encabezado"/>
      <w:jc w:val="right"/>
    </w:pPr>
    <w:r w:rsidRPr="0097094B">
      <w:rPr>
        <w:b/>
        <w:bCs/>
        <w:i/>
        <w:iCs/>
      </w:rPr>
      <w:t xml:space="preserve"> </w:t>
    </w:r>
    <w:sdt>
      <w:sdtPr>
        <w:id w:val="803671970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sdtContent>
    </w:sdt>
  </w:p>
  <w:p w14:paraId="5CA83BBB" w14:textId="77777777" w:rsidR="0097094B" w:rsidRDefault="0097094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103993">
    <w:abstractNumId w:val="8"/>
  </w:num>
  <w:num w:numId="2" w16cid:durableId="1902868740">
    <w:abstractNumId w:val="6"/>
  </w:num>
  <w:num w:numId="3" w16cid:durableId="1058435489">
    <w:abstractNumId w:val="5"/>
  </w:num>
  <w:num w:numId="4" w16cid:durableId="1923492990">
    <w:abstractNumId w:val="4"/>
  </w:num>
  <w:num w:numId="5" w16cid:durableId="1158495503">
    <w:abstractNumId w:val="7"/>
  </w:num>
  <w:num w:numId="6" w16cid:durableId="1302344672">
    <w:abstractNumId w:val="3"/>
  </w:num>
  <w:num w:numId="7" w16cid:durableId="996149213">
    <w:abstractNumId w:val="2"/>
  </w:num>
  <w:num w:numId="8" w16cid:durableId="1180655231">
    <w:abstractNumId w:val="1"/>
  </w:num>
  <w:num w:numId="9" w16cid:durableId="175659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558A"/>
    <w:rsid w:val="00251FF0"/>
    <w:rsid w:val="00287918"/>
    <w:rsid w:val="0029639D"/>
    <w:rsid w:val="00326F90"/>
    <w:rsid w:val="00450532"/>
    <w:rsid w:val="004519AB"/>
    <w:rsid w:val="006076AE"/>
    <w:rsid w:val="006F6067"/>
    <w:rsid w:val="007D50F1"/>
    <w:rsid w:val="008458FB"/>
    <w:rsid w:val="00907FC5"/>
    <w:rsid w:val="0097094B"/>
    <w:rsid w:val="00AA1D8D"/>
    <w:rsid w:val="00B17F7E"/>
    <w:rsid w:val="00B47730"/>
    <w:rsid w:val="00CB0664"/>
    <w:rsid w:val="00D37D2D"/>
    <w:rsid w:val="00ED67D0"/>
    <w:rsid w:val="00FC55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E2B3AEA"/>
  <w14:defaultImageDpi w14:val="300"/>
  <w15:docId w15:val="{650E3FE2-55F9-4C5B-A746-DD4C0FA7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907FC5"/>
    <w:pPr>
      <w:keepNext/>
      <w:keepLines/>
      <w:spacing w:before="4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07FC5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458FB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Cs/>
      <w:color w:val="EE0000"/>
      <w:sz w:val="24"/>
      <w:u w:val="singl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907FC5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907FC5"/>
    <w:rPr>
      <w:rFonts w:ascii="Times New Roman" w:eastAsiaTheme="majorEastAsia" w:hAnsi="Times New Roman" w:cstheme="majorBidi"/>
      <w:b/>
      <w:bCs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8458FB"/>
    <w:rPr>
      <w:rFonts w:ascii="Times New Roman" w:eastAsiaTheme="majorEastAsia" w:hAnsi="Times New Roman" w:cstheme="majorBidi"/>
      <w:bCs/>
      <w:color w:val="EE0000"/>
      <w:sz w:val="24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8458FB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8458FB"/>
    <w:pPr>
      <w:spacing w:after="100"/>
      <w:ind w:left="180"/>
    </w:pPr>
  </w:style>
  <w:style w:type="paragraph" w:styleId="TDC3">
    <w:name w:val="toc 3"/>
    <w:basedOn w:val="Normal"/>
    <w:next w:val="Normal"/>
    <w:autoRedefine/>
    <w:uiPriority w:val="39"/>
    <w:unhideWhenUsed/>
    <w:rsid w:val="008458FB"/>
    <w:pPr>
      <w:spacing w:after="100"/>
      <w:ind w:left="360"/>
    </w:pPr>
  </w:style>
  <w:style w:type="character" w:styleId="Hipervnculo">
    <w:name w:val="Hyperlink"/>
    <w:basedOn w:val="Fuentedeprrafopredeter"/>
    <w:uiPriority w:val="99"/>
    <w:unhideWhenUsed/>
    <w:rsid w:val="008458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2082</Words>
  <Characters>11453</Characters>
  <Application>Microsoft Office Word</Application>
  <DocSecurity>0</DocSecurity>
  <Lines>95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MASTER</cp:lastModifiedBy>
  <cp:revision>7</cp:revision>
  <dcterms:created xsi:type="dcterms:W3CDTF">2013-12-23T23:15:00Z</dcterms:created>
  <dcterms:modified xsi:type="dcterms:W3CDTF">2026-10-07T03:12:00Z</dcterms:modified>
  <cp:category/>
</cp:coreProperties>
</file>