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6B8B4" w14:textId="77777777" w:rsidR="00D37D2D" w:rsidRPr="00287918" w:rsidRDefault="004519AB" w:rsidP="00287918">
      <w:pPr>
        <w:pStyle w:val="Ttulo1"/>
        <w:rPr>
          <w:rFonts w:cs="Times New Roman"/>
          <w:szCs w:val="32"/>
        </w:rPr>
      </w:pPr>
      <w:bookmarkStart w:id="0" w:name="_Toc242217080"/>
      <w:r w:rsidRPr="00287918">
        <w:rPr>
          <w:rFonts w:cs="Times New Roman"/>
          <w:szCs w:val="32"/>
        </w:rPr>
        <w:t>MONOGRAFÍA</w:t>
      </w:r>
      <w:bookmarkEnd w:id="0"/>
    </w:p>
    <w:p w14:paraId="78A897BF" w14:textId="77777777" w:rsidR="00D37D2D" w:rsidRPr="00287918" w:rsidRDefault="004519AB" w:rsidP="00287918">
      <w:pPr>
        <w:pStyle w:val="Ttulo1"/>
        <w:rPr>
          <w:rFonts w:cs="Times New Roman"/>
          <w:szCs w:val="32"/>
        </w:rPr>
      </w:pPr>
      <w:bookmarkStart w:id="1" w:name="_Toc242217081"/>
      <w:r w:rsidRPr="00287918">
        <w:rPr>
          <w:rFonts w:cs="Times New Roman"/>
          <w:szCs w:val="32"/>
        </w:rPr>
        <w:t>LA INTELIGENCIA ARTIFICIAL EN EL PERÚ</w:t>
      </w:r>
      <w:r w:rsidRPr="00287918">
        <w:rPr>
          <w:rFonts w:cs="Times New Roman"/>
          <w:szCs w:val="32"/>
        </w:rPr>
        <w:br/>
        <w:t>EN LOS ÚLTIMOS AÑOS</w:t>
      </w:r>
      <w:bookmarkEnd w:id="1"/>
    </w:p>
    <w:p w14:paraId="76D269BA" w14:textId="77777777" w:rsidR="00D37D2D" w:rsidRPr="00287918" w:rsidRDefault="004519AB" w:rsidP="00287918">
      <w:pPr>
        <w:spacing w:line="360" w:lineRule="auto"/>
        <w:jc w:val="center"/>
        <w:rPr>
          <w:rFonts w:ascii="Times New Roman" w:hAnsi="Times New Roman" w:cs="Times New Roman"/>
          <w:sz w:val="22"/>
        </w:rPr>
      </w:pPr>
      <w:proofErr w:type="spellStart"/>
      <w:r w:rsidRPr="00287918">
        <w:rPr>
          <w:rFonts w:ascii="Times New Roman" w:hAnsi="Times New Roman" w:cs="Times New Roman"/>
          <w:sz w:val="22"/>
        </w:rPr>
        <w:t>Análisis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su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evolución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aplicaciones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oportunidades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desafíos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(2023–2026)</w:t>
      </w:r>
    </w:p>
    <w:p w14:paraId="012F01C8" w14:textId="77777777" w:rsidR="00D37D2D" w:rsidRPr="00287918" w:rsidRDefault="004519AB" w:rsidP="00287918">
      <w:pPr>
        <w:spacing w:line="360" w:lineRule="auto"/>
        <w:jc w:val="center"/>
        <w:rPr>
          <w:rFonts w:ascii="Times New Roman" w:hAnsi="Times New Roman" w:cs="Times New Roman"/>
          <w:sz w:val="22"/>
        </w:rPr>
      </w:pPr>
      <w:r w:rsidRPr="00287918">
        <w:rPr>
          <w:rFonts w:ascii="Times New Roman" w:hAnsi="Times New Roman" w:cs="Times New Roman"/>
          <w:noProof/>
          <w:sz w:val="22"/>
        </w:rPr>
        <w:drawing>
          <wp:inline distT="0" distB="0" distL="0" distR="0" wp14:anchorId="6678721C" wp14:editId="71A7C988">
            <wp:extent cx="4500562" cy="26003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i_technology_illustration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05959" cy="2603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CC7C5D" w14:textId="77777777" w:rsidR="00287918" w:rsidRPr="00287918" w:rsidRDefault="00287918" w:rsidP="00287918">
      <w:pPr>
        <w:pStyle w:val="Ttulo2"/>
        <w:spacing w:line="360" w:lineRule="auto"/>
        <w:rPr>
          <w:rFonts w:cs="Times New Roman"/>
          <w:szCs w:val="22"/>
        </w:rPr>
      </w:pPr>
    </w:p>
    <w:p w14:paraId="11021112" w14:textId="77777777" w:rsidR="00287918" w:rsidRPr="00287918" w:rsidRDefault="00287918" w:rsidP="00287918">
      <w:pPr>
        <w:pStyle w:val="Ttulo2"/>
        <w:spacing w:line="360" w:lineRule="auto"/>
        <w:rPr>
          <w:rFonts w:cs="Times New Roman"/>
          <w:szCs w:val="22"/>
        </w:rPr>
      </w:pPr>
    </w:p>
    <w:p w14:paraId="4C7F4963" w14:textId="77777777" w:rsidR="00287918" w:rsidRPr="00287918" w:rsidRDefault="00287918" w:rsidP="00287918">
      <w:pPr>
        <w:pStyle w:val="Ttulo2"/>
        <w:spacing w:line="360" w:lineRule="auto"/>
        <w:rPr>
          <w:rFonts w:cs="Times New Roman"/>
          <w:szCs w:val="22"/>
        </w:rPr>
      </w:pPr>
    </w:p>
    <w:p w14:paraId="0363F6DA" w14:textId="1755AA9F" w:rsidR="00D37D2D" w:rsidRPr="00287918" w:rsidRDefault="004519AB" w:rsidP="00287918">
      <w:pPr>
        <w:pStyle w:val="Ttulo2"/>
        <w:spacing w:line="360" w:lineRule="auto"/>
        <w:jc w:val="center"/>
        <w:rPr>
          <w:rFonts w:cs="Times New Roman"/>
          <w:szCs w:val="22"/>
        </w:rPr>
      </w:pPr>
      <w:bookmarkStart w:id="2" w:name="_Toc242217082"/>
      <w:r w:rsidRPr="00287918">
        <w:rPr>
          <w:rFonts w:cs="Times New Roman"/>
          <w:szCs w:val="22"/>
        </w:rPr>
        <w:t>AUTOR</w:t>
      </w:r>
      <w:bookmarkEnd w:id="2"/>
    </w:p>
    <w:p w14:paraId="2D01CE95" w14:textId="77777777" w:rsidR="00D37D2D" w:rsidRPr="00287918" w:rsidRDefault="004519AB" w:rsidP="00287918">
      <w:pPr>
        <w:spacing w:line="360" w:lineRule="auto"/>
        <w:jc w:val="center"/>
        <w:rPr>
          <w:rFonts w:ascii="Times New Roman" w:hAnsi="Times New Roman" w:cs="Times New Roman"/>
          <w:b/>
          <w:bCs/>
          <w:sz w:val="22"/>
        </w:rPr>
      </w:pPr>
      <w:r w:rsidRPr="00287918">
        <w:rPr>
          <w:rFonts w:ascii="Times New Roman" w:hAnsi="Times New Roman" w:cs="Times New Roman"/>
          <w:b/>
          <w:bCs/>
          <w:sz w:val="22"/>
        </w:rPr>
        <w:t>Smith Huanca Torres</w:t>
      </w:r>
    </w:p>
    <w:p w14:paraId="395EF0BF" w14:textId="77777777" w:rsidR="00D37D2D" w:rsidRPr="00287918" w:rsidRDefault="004519AB" w:rsidP="00287918">
      <w:pPr>
        <w:spacing w:line="360" w:lineRule="auto"/>
        <w:jc w:val="center"/>
        <w:rPr>
          <w:rFonts w:ascii="Times New Roman" w:hAnsi="Times New Roman" w:cs="Times New Roman"/>
          <w:sz w:val="22"/>
        </w:rPr>
      </w:pPr>
      <w:r w:rsidRPr="00287918">
        <w:rPr>
          <w:rFonts w:ascii="Times New Roman" w:hAnsi="Times New Roman" w:cs="Times New Roman"/>
          <w:sz w:val="22"/>
        </w:rPr>
        <w:t>Perú – 2026</w:t>
      </w:r>
    </w:p>
    <w:p w14:paraId="0A4695EF" w14:textId="77777777" w:rsidR="00D37D2D" w:rsidRPr="00287918" w:rsidRDefault="004519AB" w:rsidP="00287918">
      <w:pPr>
        <w:spacing w:line="360" w:lineRule="auto"/>
        <w:rPr>
          <w:rFonts w:ascii="Times New Roman" w:hAnsi="Times New Roman" w:cs="Times New Roman"/>
          <w:sz w:val="22"/>
        </w:rPr>
      </w:pPr>
      <w:r w:rsidRPr="00287918">
        <w:rPr>
          <w:rFonts w:ascii="Times New Roman" w:hAnsi="Times New Roman" w:cs="Times New Roman"/>
          <w:sz w:val="22"/>
        </w:rPr>
        <w:br w:type="page"/>
      </w:r>
    </w:p>
    <w:p w14:paraId="2A41A862" w14:textId="4B6ACFA0" w:rsidR="00FC55AD" w:rsidRPr="008121C6" w:rsidRDefault="008121C6" w:rsidP="008121C6">
      <w:pPr>
        <w:pStyle w:val="Ttulo1"/>
      </w:pPr>
      <w:r w:rsidRPr="008121C6">
        <w:lastRenderedPageBreak/>
        <w:t>INDICE</w:t>
      </w:r>
    </w:p>
    <w:p w14:paraId="51A00E8D" w14:textId="0273A857" w:rsidR="008458FB" w:rsidRPr="00287918" w:rsidRDefault="008458FB" w:rsidP="00287918">
      <w:pPr>
        <w:spacing w:line="360" w:lineRule="auto"/>
        <w:rPr>
          <w:rFonts w:ascii="Times New Roman" w:hAnsi="Times New Roman" w:cs="Times New Roman"/>
          <w:sz w:val="22"/>
        </w:rPr>
      </w:pPr>
    </w:p>
    <w:p w14:paraId="211ACD20" w14:textId="77777777" w:rsidR="00907FC5" w:rsidRPr="00287918" w:rsidRDefault="00907FC5" w:rsidP="00287918">
      <w:pPr>
        <w:spacing w:line="360" w:lineRule="auto"/>
        <w:rPr>
          <w:rFonts w:ascii="Times New Roman" w:hAnsi="Times New Roman" w:cs="Times New Roman"/>
          <w:sz w:val="22"/>
        </w:rPr>
      </w:pPr>
    </w:p>
    <w:p w14:paraId="6951A047" w14:textId="05713836" w:rsidR="00FC55AD" w:rsidRDefault="00FC55AD">
      <w:pPr>
        <w:spacing w:after="200" w:line="276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br w:type="page"/>
      </w:r>
    </w:p>
    <w:p w14:paraId="63861634" w14:textId="77777777" w:rsidR="00907FC5" w:rsidRDefault="00907FC5" w:rsidP="00287918">
      <w:pPr>
        <w:spacing w:line="360" w:lineRule="auto"/>
        <w:rPr>
          <w:rFonts w:ascii="Times New Roman" w:hAnsi="Times New Roman" w:cs="Times New Roman"/>
          <w:sz w:val="22"/>
        </w:rPr>
      </w:pPr>
    </w:p>
    <w:p w14:paraId="798F9C8B" w14:textId="77777777" w:rsidR="00FC55AD" w:rsidRDefault="00FC55AD" w:rsidP="00287918">
      <w:pPr>
        <w:spacing w:line="360" w:lineRule="auto"/>
        <w:rPr>
          <w:rFonts w:ascii="Times New Roman" w:hAnsi="Times New Roman" w:cs="Times New Roman"/>
          <w:sz w:val="22"/>
        </w:rPr>
      </w:pPr>
    </w:p>
    <w:p w14:paraId="59585371" w14:textId="77777777" w:rsidR="00FC55AD" w:rsidRDefault="00FC55AD" w:rsidP="00287918">
      <w:pPr>
        <w:spacing w:line="360" w:lineRule="auto"/>
        <w:rPr>
          <w:rFonts w:ascii="Times New Roman" w:hAnsi="Times New Roman" w:cs="Times New Roman"/>
          <w:sz w:val="22"/>
        </w:rPr>
      </w:pPr>
    </w:p>
    <w:p w14:paraId="2DC5FC29" w14:textId="77777777" w:rsidR="00FC55AD" w:rsidRDefault="00FC55AD" w:rsidP="00287918">
      <w:pPr>
        <w:spacing w:line="360" w:lineRule="auto"/>
        <w:rPr>
          <w:rFonts w:ascii="Times New Roman" w:hAnsi="Times New Roman" w:cs="Times New Roman"/>
          <w:sz w:val="22"/>
        </w:rPr>
      </w:pPr>
    </w:p>
    <w:p w14:paraId="5E796B8D" w14:textId="77777777" w:rsidR="00FC55AD" w:rsidRDefault="00FC55AD" w:rsidP="00287918">
      <w:pPr>
        <w:spacing w:line="360" w:lineRule="auto"/>
        <w:rPr>
          <w:rFonts w:ascii="Times New Roman" w:hAnsi="Times New Roman" w:cs="Times New Roman"/>
          <w:sz w:val="22"/>
        </w:rPr>
      </w:pPr>
    </w:p>
    <w:p w14:paraId="29143CF1" w14:textId="77777777" w:rsidR="00FC55AD" w:rsidRDefault="00FC55AD" w:rsidP="00287918">
      <w:pPr>
        <w:spacing w:line="360" w:lineRule="auto"/>
        <w:rPr>
          <w:rFonts w:ascii="Times New Roman" w:hAnsi="Times New Roman" w:cs="Times New Roman"/>
          <w:sz w:val="22"/>
        </w:rPr>
      </w:pPr>
    </w:p>
    <w:p w14:paraId="33464174" w14:textId="77777777" w:rsidR="00FC55AD" w:rsidRDefault="00FC55AD" w:rsidP="00287918">
      <w:pPr>
        <w:spacing w:line="360" w:lineRule="auto"/>
        <w:rPr>
          <w:rFonts w:ascii="Times New Roman" w:hAnsi="Times New Roman" w:cs="Times New Roman"/>
          <w:sz w:val="22"/>
        </w:rPr>
      </w:pPr>
    </w:p>
    <w:p w14:paraId="0EE83FF3" w14:textId="77777777" w:rsidR="00FC55AD" w:rsidRPr="00287918" w:rsidRDefault="00FC55AD" w:rsidP="00287918">
      <w:pPr>
        <w:spacing w:line="360" w:lineRule="auto"/>
        <w:rPr>
          <w:rFonts w:ascii="Times New Roman" w:hAnsi="Times New Roman" w:cs="Times New Roman"/>
          <w:sz w:val="22"/>
        </w:rPr>
      </w:pPr>
    </w:p>
    <w:p w14:paraId="44E210F8" w14:textId="77777777" w:rsidR="00907FC5" w:rsidRPr="00287918" w:rsidRDefault="00907FC5" w:rsidP="00287918">
      <w:pPr>
        <w:spacing w:line="360" w:lineRule="auto"/>
        <w:rPr>
          <w:rFonts w:ascii="Times New Roman" w:hAnsi="Times New Roman" w:cs="Times New Roman"/>
          <w:sz w:val="22"/>
        </w:rPr>
      </w:pPr>
    </w:p>
    <w:p w14:paraId="50F2B901" w14:textId="7B7EA738" w:rsidR="00D37D2D" w:rsidRPr="00287918" w:rsidRDefault="004519AB" w:rsidP="00FC55AD">
      <w:pPr>
        <w:pStyle w:val="Ttulo2"/>
        <w:spacing w:line="360" w:lineRule="auto"/>
        <w:ind w:left="6532" w:firstLine="668"/>
        <w:jc w:val="both"/>
        <w:rPr>
          <w:rFonts w:cs="Times New Roman"/>
          <w:szCs w:val="22"/>
        </w:rPr>
      </w:pPr>
      <w:bookmarkStart w:id="3" w:name="_Toc242094269"/>
      <w:bookmarkStart w:id="4" w:name="_Toc242217083"/>
      <w:r w:rsidRPr="00287918">
        <w:rPr>
          <w:rFonts w:cs="Times New Roman"/>
          <w:szCs w:val="22"/>
        </w:rPr>
        <w:t>DEDICATORIA</w:t>
      </w:r>
      <w:bookmarkEnd w:id="3"/>
      <w:bookmarkEnd w:id="4"/>
    </w:p>
    <w:p w14:paraId="0AB04AA3" w14:textId="77777777" w:rsidR="00D37D2D" w:rsidRPr="00287918" w:rsidRDefault="004519AB" w:rsidP="00FC55AD">
      <w:pPr>
        <w:spacing w:line="360" w:lineRule="auto"/>
        <w:ind w:left="5812"/>
        <w:jc w:val="both"/>
        <w:rPr>
          <w:rFonts w:ascii="Times New Roman" w:hAnsi="Times New Roman" w:cs="Times New Roman"/>
          <w:sz w:val="22"/>
        </w:rPr>
      </w:pPr>
      <w:proofErr w:type="spellStart"/>
      <w:r w:rsidRPr="00287918">
        <w:rPr>
          <w:rFonts w:ascii="Times New Roman" w:hAnsi="Times New Roman" w:cs="Times New Roman"/>
          <w:sz w:val="22"/>
        </w:rPr>
        <w:t>Dedico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esta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monografía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a mi familia, </w:t>
      </w:r>
      <w:proofErr w:type="spellStart"/>
      <w:r w:rsidRPr="00287918">
        <w:rPr>
          <w:rFonts w:ascii="Times New Roman" w:hAnsi="Times New Roman" w:cs="Times New Roman"/>
          <w:sz w:val="22"/>
        </w:rPr>
        <w:t>por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su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apoyo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constante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; a mis </w:t>
      </w:r>
      <w:proofErr w:type="spellStart"/>
      <w:r w:rsidRPr="00287918">
        <w:rPr>
          <w:rFonts w:ascii="Times New Roman" w:hAnsi="Times New Roman" w:cs="Times New Roman"/>
          <w:sz w:val="22"/>
        </w:rPr>
        <w:t>docentes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por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orientar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mi </w:t>
      </w:r>
      <w:proofErr w:type="spellStart"/>
      <w:r w:rsidRPr="00287918">
        <w:rPr>
          <w:rFonts w:ascii="Times New Roman" w:hAnsi="Times New Roman" w:cs="Times New Roman"/>
          <w:sz w:val="22"/>
        </w:rPr>
        <w:t>formación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académica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; y a </w:t>
      </w:r>
      <w:proofErr w:type="spellStart"/>
      <w:r w:rsidRPr="00287918">
        <w:rPr>
          <w:rFonts w:ascii="Times New Roman" w:hAnsi="Times New Roman" w:cs="Times New Roman"/>
          <w:sz w:val="22"/>
        </w:rPr>
        <w:t>todas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las personas </w:t>
      </w:r>
      <w:proofErr w:type="spellStart"/>
      <w:r w:rsidRPr="00287918">
        <w:rPr>
          <w:rFonts w:ascii="Times New Roman" w:hAnsi="Times New Roman" w:cs="Times New Roman"/>
          <w:sz w:val="22"/>
        </w:rPr>
        <w:t>que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buscan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comprender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aprovechar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responsablemente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las </w:t>
      </w:r>
      <w:proofErr w:type="spellStart"/>
      <w:r w:rsidRPr="00287918">
        <w:rPr>
          <w:rFonts w:ascii="Times New Roman" w:hAnsi="Times New Roman" w:cs="Times New Roman"/>
          <w:sz w:val="22"/>
        </w:rPr>
        <w:t>nuevas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tecnologías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para </w:t>
      </w:r>
      <w:proofErr w:type="spellStart"/>
      <w:r w:rsidRPr="00287918">
        <w:rPr>
          <w:rFonts w:ascii="Times New Roman" w:hAnsi="Times New Roman" w:cs="Times New Roman"/>
          <w:sz w:val="22"/>
        </w:rPr>
        <w:t>contribuir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al </w:t>
      </w:r>
      <w:proofErr w:type="spellStart"/>
      <w:r w:rsidRPr="00287918">
        <w:rPr>
          <w:rFonts w:ascii="Times New Roman" w:hAnsi="Times New Roman" w:cs="Times New Roman"/>
          <w:sz w:val="22"/>
        </w:rPr>
        <w:t>desarrollo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del Perú.</w:t>
      </w:r>
    </w:p>
    <w:p w14:paraId="4B3ECE09" w14:textId="77777777" w:rsidR="00907FC5" w:rsidRPr="00287918" w:rsidRDefault="00907FC5" w:rsidP="00287918">
      <w:pPr>
        <w:spacing w:line="360" w:lineRule="auto"/>
        <w:rPr>
          <w:rFonts w:ascii="Times New Roman" w:hAnsi="Times New Roman" w:cs="Times New Roman"/>
          <w:sz w:val="22"/>
        </w:rPr>
      </w:pPr>
    </w:p>
    <w:p w14:paraId="304AFC2C" w14:textId="77777777" w:rsidR="00907FC5" w:rsidRPr="00287918" w:rsidRDefault="00907FC5" w:rsidP="00287918">
      <w:pPr>
        <w:spacing w:line="360" w:lineRule="auto"/>
        <w:rPr>
          <w:rFonts w:ascii="Times New Roman" w:hAnsi="Times New Roman" w:cs="Times New Roman"/>
          <w:sz w:val="22"/>
        </w:rPr>
      </w:pPr>
    </w:p>
    <w:p w14:paraId="4DB990C2" w14:textId="77777777" w:rsidR="00907FC5" w:rsidRPr="00287918" w:rsidRDefault="00907FC5" w:rsidP="00287918">
      <w:pPr>
        <w:spacing w:line="360" w:lineRule="auto"/>
        <w:rPr>
          <w:rFonts w:ascii="Times New Roman" w:hAnsi="Times New Roman" w:cs="Times New Roman"/>
          <w:sz w:val="22"/>
        </w:rPr>
      </w:pPr>
    </w:p>
    <w:p w14:paraId="282FC32B" w14:textId="58BBF62B" w:rsidR="00FC55AD" w:rsidRDefault="00FC55AD">
      <w:pPr>
        <w:spacing w:after="200" w:line="276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br w:type="page"/>
      </w:r>
    </w:p>
    <w:p w14:paraId="6452C6AD" w14:textId="62F33B1D" w:rsidR="00D37D2D" w:rsidRPr="00287918" w:rsidRDefault="004519AB" w:rsidP="00FC55AD">
      <w:pPr>
        <w:pStyle w:val="Ttulo2"/>
        <w:spacing w:line="360" w:lineRule="auto"/>
        <w:jc w:val="center"/>
        <w:rPr>
          <w:rFonts w:cs="Times New Roman"/>
          <w:szCs w:val="22"/>
        </w:rPr>
      </w:pPr>
      <w:bookmarkStart w:id="5" w:name="_Toc242094270"/>
      <w:bookmarkStart w:id="6" w:name="_Toc242217084"/>
      <w:r w:rsidRPr="00287918">
        <w:rPr>
          <w:rFonts w:cs="Times New Roman"/>
          <w:szCs w:val="22"/>
        </w:rPr>
        <w:lastRenderedPageBreak/>
        <w:t>RESUMEN</w:t>
      </w:r>
      <w:bookmarkEnd w:id="5"/>
      <w:bookmarkEnd w:id="6"/>
    </w:p>
    <w:p w14:paraId="569CD475" w14:textId="77777777" w:rsidR="00D37D2D" w:rsidRPr="00287918" w:rsidRDefault="004519AB" w:rsidP="0097094B">
      <w:pPr>
        <w:spacing w:line="360" w:lineRule="auto"/>
        <w:rPr>
          <w:rFonts w:ascii="Times New Roman" w:hAnsi="Times New Roman" w:cs="Times New Roman"/>
          <w:sz w:val="22"/>
        </w:rPr>
      </w:pPr>
      <w:bookmarkStart w:id="7" w:name="_Toc242217085"/>
      <w:r w:rsidRPr="0097094B">
        <w:rPr>
          <w:rStyle w:val="Ttulo2Car"/>
          <w:rFonts w:cs="Times New Roman"/>
          <w:sz w:val="22"/>
          <w:szCs w:val="22"/>
        </w:rPr>
        <w:t xml:space="preserve">La </w:t>
      </w:r>
      <w:proofErr w:type="spellStart"/>
      <w:r w:rsidRPr="0097094B">
        <w:rPr>
          <w:rStyle w:val="Ttulo2Car"/>
          <w:rFonts w:cs="Times New Roman"/>
          <w:sz w:val="22"/>
          <w:szCs w:val="22"/>
        </w:rPr>
        <w:t>inteligencia</w:t>
      </w:r>
      <w:proofErr w:type="spellEnd"/>
      <w:r w:rsidRPr="0097094B">
        <w:rPr>
          <w:rStyle w:val="Ttulo2Car"/>
          <w:rFonts w:cs="Times New Roman"/>
          <w:sz w:val="22"/>
          <w:szCs w:val="22"/>
        </w:rPr>
        <w:t xml:space="preserve"> artificial (IA)</w:t>
      </w:r>
      <w:bookmarkEnd w:id="7"/>
      <w:r w:rsidRPr="0097094B">
        <w:rPr>
          <w:rFonts w:ascii="Times New Roman" w:hAnsi="Times New Roman" w:cs="Times New Roman"/>
          <w:sz w:val="22"/>
        </w:rPr>
        <w:t xml:space="preserve"> se ha </w:t>
      </w:r>
      <w:proofErr w:type="spellStart"/>
      <w:r w:rsidRPr="0097094B">
        <w:rPr>
          <w:rFonts w:ascii="Times New Roman" w:hAnsi="Times New Roman" w:cs="Times New Roman"/>
          <w:sz w:val="22"/>
        </w:rPr>
        <w:t>convertido</w:t>
      </w:r>
      <w:proofErr w:type="spellEnd"/>
      <w:r w:rsidRPr="0097094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97094B">
        <w:rPr>
          <w:rFonts w:ascii="Times New Roman" w:hAnsi="Times New Roman" w:cs="Times New Roman"/>
          <w:sz w:val="22"/>
        </w:rPr>
        <w:t>en</w:t>
      </w:r>
      <w:proofErr w:type="spellEnd"/>
      <w:r w:rsidRPr="0097094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97094B">
        <w:rPr>
          <w:rFonts w:ascii="Times New Roman" w:hAnsi="Times New Roman" w:cs="Times New Roman"/>
          <w:sz w:val="22"/>
        </w:rPr>
        <w:t>una</w:t>
      </w:r>
      <w:proofErr w:type="spellEnd"/>
      <w:r w:rsidRPr="0097094B">
        <w:rPr>
          <w:rFonts w:ascii="Times New Roman" w:hAnsi="Times New Roman" w:cs="Times New Roman"/>
          <w:sz w:val="22"/>
        </w:rPr>
        <w:t xml:space="preserve"> de las </w:t>
      </w:r>
      <w:proofErr w:type="spellStart"/>
      <w:r w:rsidRPr="0097094B">
        <w:rPr>
          <w:rFonts w:ascii="Times New Roman" w:hAnsi="Times New Roman" w:cs="Times New Roman"/>
          <w:sz w:val="22"/>
        </w:rPr>
        <w:t>tecnologías</w:t>
      </w:r>
      <w:proofErr w:type="spellEnd"/>
      <w:r w:rsidRPr="0097094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97094B">
        <w:rPr>
          <w:rFonts w:ascii="Times New Roman" w:hAnsi="Times New Roman" w:cs="Times New Roman"/>
          <w:sz w:val="22"/>
        </w:rPr>
        <w:t>más</w:t>
      </w:r>
      <w:proofErr w:type="spellEnd"/>
      <w:r w:rsidRPr="0097094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97094B">
        <w:rPr>
          <w:rFonts w:ascii="Times New Roman" w:hAnsi="Times New Roman" w:cs="Times New Roman"/>
          <w:sz w:val="22"/>
        </w:rPr>
        <w:t>influyentes</w:t>
      </w:r>
      <w:proofErr w:type="spellEnd"/>
      <w:r w:rsidRPr="0097094B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97094B">
        <w:rPr>
          <w:rFonts w:ascii="Times New Roman" w:hAnsi="Times New Roman" w:cs="Times New Roman"/>
          <w:sz w:val="22"/>
        </w:rPr>
        <w:t>los</w:t>
      </w:r>
      <w:proofErr w:type="spellEnd"/>
      <w:r w:rsidRPr="0097094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97094B">
        <w:rPr>
          <w:rFonts w:ascii="Times New Roman" w:hAnsi="Times New Roman" w:cs="Times New Roman"/>
          <w:sz w:val="22"/>
        </w:rPr>
        <w:t>últimos</w:t>
      </w:r>
      <w:proofErr w:type="spellEnd"/>
      <w:r w:rsidRPr="0097094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97094B">
        <w:rPr>
          <w:rFonts w:ascii="Times New Roman" w:hAnsi="Times New Roman" w:cs="Times New Roman"/>
          <w:sz w:val="22"/>
        </w:rPr>
        <w:t>años</w:t>
      </w:r>
      <w:proofErr w:type="spellEnd"/>
      <w:r w:rsidRPr="0097094B">
        <w:rPr>
          <w:rFonts w:ascii="Times New Roman" w:hAnsi="Times New Roman" w:cs="Times New Roman"/>
          <w:sz w:val="22"/>
        </w:rPr>
        <w:t xml:space="preserve"> y el Perú ha </w:t>
      </w:r>
      <w:proofErr w:type="spellStart"/>
      <w:r w:rsidRPr="0097094B">
        <w:rPr>
          <w:rFonts w:ascii="Times New Roman" w:hAnsi="Times New Roman" w:cs="Times New Roman"/>
          <w:sz w:val="22"/>
        </w:rPr>
        <w:t>avanzado</w:t>
      </w:r>
      <w:proofErr w:type="spellEnd"/>
      <w:r w:rsidRPr="0097094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97094B">
        <w:rPr>
          <w:rFonts w:ascii="Times New Roman" w:hAnsi="Times New Roman" w:cs="Times New Roman"/>
          <w:sz w:val="22"/>
        </w:rPr>
        <w:t>en</w:t>
      </w:r>
      <w:proofErr w:type="spellEnd"/>
      <w:r w:rsidRPr="0097094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97094B">
        <w:rPr>
          <w:rFonts w:ascii="Times New Roman" w:hAnsi="Times New Roman" w:cs="Times New Roman"/>
          <w:sz w:val="22"/>
        </w:rPr>
        <w:t>su</w:t>
      </w:r>
      <w:proofErr w:type="spellEnd"/>
      <w:r w:rsidRPr="0097094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97094B">
        <w:rPr>
          <w:rFonts w:ascii="Times New Roman" w:hAnsi="Times New Roman" w:cs="Times New Roman"/>
          <w:sz w:val="22"/>
        </w:rPr>
        <w:t>adopción</w:t>
      </w:r>
      <w:proofErr w:type="spellEnd"/>
      <w:r w:rsidRPr="0097094B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97094B">
        <w:rPr>
          <w:rFonts w:ascii="Times New Roman" w:hAnsi="Times New Roman" w:cs="Times New Roman"/>
          <w:sz w:val="22"/>
        </w:rPr>
        <w:t>regulación</w:t>
      </w:r>
      <w:proofErr w:type="spellEnd"/>
      <w:r w:rsidRPr="0097094B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97094B">
        <w:rPr>
          <w:rFonts w:ascii="Times New Roman" w:hAnsi="Times New Roman" w:cs="Times New Roman"/>
          <w:sz w:val="22"/>
        </w:rPr>
        <w:t>formación</w:t>
      </w:r>
      <w:proofErr w:type="spellEnd"/>
      <w:r w:rsidRPr="0097094B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97094B">
        <w:rPr>
          <w:rFonts w:ascii="Times New Roman" w:hAnsi="Times New Roman" w:cs="Times New Roman"/>
          <w:sz w:val="22"/>
        </w:rPr>
        <w:t>capacidades</w:t>
      </w:r>
      <w:proofErr w:type="spellEnd"/>
      <w:r w:rsidRPr="0097094B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97094B">
        <w:rPr>
          <w:rFonts w:ascii="Times New Roman" w:hAnsi="Times New Roman" w:cs="Times New Roman"/>
          <w:sz w:val="22"/>
        </w:rPr>
        <w:t>Desde</w:t>
      </w:r>
      <w:proofErr w:type="spellEnd"/>
      <w:r w:rsidRPr="0097094B">
        <w:rPr>
          <w:rFonts w:ascii="Times New Roman" w:hAnsi="Times New Roman" w:cs="Times New Roman"/>
          <w:sz w:val="22"/>
        </w:rPr>
        <w:t xml:space="preserve"> 2023, el </w:t>
      </w:r>
      <w:proofErr w:type="spellStart"/>
      <w:r w:rsidRPr="0097094B">
        <w:rPr>
          <w:rFonts w:ascii="Times New Roman" w:hAnsi="Times New Roman" w:cs="Times New Roman"/>
          <w:sz w:val="22"/>
        </w:rPr>
        <w:t>país</w:t>
      </w:r>
      <w:proofErr w:type="spellEnd"/>
      <w:r w:rsidRPr="0097094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97094B">
        <w:rPr>
          <w:rFonts w:ascii="Times New Roman" w:hAnsi="Times New Roman" w:cs="Times New Roman"/>
          <w:sz w:val="22"/>
        </w:rPr>
        <w:t>cuenta</w:t>
      </w:r>
      <w:proofErr w:type="spellEnd"/>
      <w:r w:rsidRPr="0097094B">
        <w:rPr>
          <w:rFonts w:ascii="Times New Roman" w:hAnsi="Times New Roman" w:cs="Times New Roman"/>
          <w:sz w:val="22"/>
        </w:rPr>
        <w:t xml:space="preserve"> con la Ley N.° 31814, </w:t>
      </w:r>
      <w:proofErr w:type="spellStart"/>
      <w:r w:rsidRPr="0097094B">
        <w:rPr>
          <w:rFonts w:ascii="Times New Roman" w:hAnsi="Times New Roman" w:cs="Times New Roman"/>
          <w:sz w:val="22"/>
        </w:rPr>
        <w:t>que</w:t>
      </w:r>
      <w:proofErr w:type="spellEnd"/>
      <w:r w:rsidRPr="0097094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97094B">
        <w:rPr>
          <w:rFonts w:ascii="Times New Roman" w:hAnsi="Times New Roman" w:cs="Times New Roman"/>
          <w:sz w:val="22"/>
        </w:rPr>
        <w:t>promueve</w:t>
      </w:r>
      <w:proofErr w:type="spellEnd"/>
      <w:r w:rsidRPr="0097094B">
        <w:rPr>
          <w:rFonts w:ascii="Times New Roman" w:hAnsi="Times New Roman" w:cs="Times New Roman"/>
          <w:sz w:val="22"/>
        </w:rPr>
        <w:t xml:space="preserve"> el </w:t>
      </w:r>
      <w:proofErr w:type="spellStart"/>
      <w:r w:rsidRPr="0097094B">
        <w:rPr>
          <w:rFonts w:ascii="Times New Roman" w:hAnsi="Times New Roman" w:cs="Times New Roman"/>
          <w:sz w:val="22"/>
        </w:rPr>
        <w:t>uso</w:t>
      </w:r>
      <w:proofErr w:type="spellEnd"/>
      <w:r w:rsidRPr="0097094B">
        <w:rPr>
          <w:rFonts w:ascii="Times New Roman" w:hAnsi="Times New Roman" w:cs="Times New Roman"/>
          <w:sz w:val="22"/>
        </w:rPr>
        <w:t xml:space="preserve"> de la IA para el </w:t>
      </w:r>
      <w:proofErr w:type="spellStart"/>
      <w:r w:rsidRPr="0097094B">
        <w:rPr>
          <w:rFonts w:ascii="Times New Roman" w:hAnsi="Times New Roman" w:cs="Times New Roman"/>
          <w:sz w:val="22"/>
        </w:rPr>
        <w:t>desarrollo</w:t>
      </w:r>
      <w:proofErr w:type="spellEnd"/>
      <w:r w:rsidRPr="0097094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97094B">
        <w:rPr>
          <w:rFonts w:ascii="Times New Roman" w:hAnsi="Times New Roman" w:cs="Times New Roman"/>
          <w:sz w:val="22"/>
        </w:rPr>
        <w:t>económico</w:t>
      </w:r>
      <w:proofErr w:type="spellEnd"/>
      <w:r w:rsidRPr="0097094B">
        <w:rPr>
          <w:rFonts w:ascii="Times New Roman" w:hAnsi="Times New Roman" w:cs="Times New Roman"/>
          <w:sz w:val="22"/>
        </w:rPr>
        <w:t xml:space="preserve"> y social. En 2025 se </w:t>
      </w:r>
      <w:proofErr w:type="spellStart"/>
      <w:r w:rsidRPr="0097094B">
        <w:rPr>
          <w:rFonts w:ascii="Times New Roman" w:hAnsi="Times New Roman" w:cs="Times New Roman"/>
          <w:sz w:val="22"/>
        </w:rPr>
        <w:t>aprobó</w:t>
      </w:r>
      <w:proofErr w:type="spellEnd"/>
      <w:r w:rsidRPr="0097094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97094B">
        <w:rPr>
          <w:rFonts w:ascii="Times New Roman" w:hAnsi="Times New Roman" w:cs="Times New Roman"/>
          <w:sz w:val="22"/>
        </w:rPr>
        <w:t>su</w:t>
      </w:r>
      <w:proofErr w:type="spellEnd"/>
      <w:r w:rsidRPr="0097094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97094B">
        <w:rPr>
          <w:rFonts w:ascii="Times New Roman" w:hAnsi="Times New Roman" w:cs="Times New Roman"/>
          <w:sz w:val="22"/>
        </w:rPr>
        <w:t>reglamento</w:t>
      </w:r>
      <w:proofErr w:type="spellEnd"/>
      <w:r w:rsidRPr="0097094B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97094B">
        <w:rPr>
          <w:rFonts w:ascii="Times New Roman" w:hAnsi="Times New Roman" w:cs="Times New Roman"/>
          <w:sz w:val="22"/>
        </w:rPr>
        <w:t>incorporando</w:t>
      </w:r>
      <w:proofErr w:type="spellEnd"/>
      <w:r w:rsidRPr="0097094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97094B">
        <w:rPr>
          <w:rFonts w:ascii="Times New Roman" w:hAnsi="Times New Roman" w:cs="Times New Roman"/>
          <w:sz w:val="22"/>
        </w:rPr>
        <w:t>criterios</w:t>
      </w:r>
      <w:proofErr w:type="spellEnd"/>
      <w:r w:rsidRPr="0097094B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97094B">
        <w:rPr>
          <w:rFonts w:ascii="Times New Roman" w:hAnsi="Times New Roman" w:cs="Times New Roman"/>
          <w:sz w:val="22"/>
        </w:rPr>
        <w:t>seguridad</w:t>
      </w:r>
      <w:proofErr w:type="spellEnd"/>
      <w:r w:rsidRPr="0097094B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97094B">
        <w:rPr>
          <w:rFonts w:ascii="Times New Roman" w:hAnsi="Times New Roman" w:cs="Times New Roman"/>
          <w:sz w:val="22"/>
        </w:rPr>
        <w:t>ética</w:t>
      </w:r>
      <w:proofErr w:type="spellEnd"/>
      <w:r w:rsidRPr="0097094B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97094B">
        <w:rPr>
          <w:rFonts w:ascii="Times New Roman" w:hAnsi="Times New Roman" w:cs="Times New Roman"/>
          <w:sz w:val="22"/>
        </w:rPr>
        <w:t>transparencia</w:t>
      </w:r>
      <w:proofErr w:type="spellEnd"/>
      <w:r w:rsidRPr="0097094B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97094B">
        <w:rPr>
          <w:rFonts w:ascii="Times New Roman" w:hAnsi="Times New Roman" w:cs="Times New Roman"/>
          <w:sz w:val="22"/>
        </w:rPr>
        <w:t>supervisión</w:t>
      </w:r>
      <w:proofErr w:type="spellEnd"/>
      <w:r w:rsidRPr="0097094B">
        <w:rPr>
          <w:rFonts w:ascii="Times New Roman" w:hAnsi="Times New Roman" w:cs="Times New Roman"/>
          <w:sz w:val="22"/>
        </w:rPr>
        <w:t xml:space="preserve"> humana y </w:t>
      </w:r>
      <w:proofErr w:type="spellStart"/>
      <w:r w:rsidRPr="0097094B">
        <w:rPr>
          <w:rFonts w:ascii="Times New Roman" w:hAnsi="Times New Roman" w:cs="Times New Roman"/>
          <w:sz w:val="22"/>
        </w:rPr>
        <w:t>gestión</w:t>
      </w:r>
      <w:proofErr w:type="spellEnd"/>
      <w:r w:rsidRPr="0097094B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97094B">
        <w:rPr>
          <w:rFonts w:ascii="Times New Roman" w:hAnsi="Times New Roman" w:cs="Times New Roman"/>
          <w:sz w:val="22"/>
        </w:rPr>
        <w:t>riesgos</w:t>
      </w:r>
      <w:proofErr w:type="spellEnd"/>
      <w:r w:rsidRPr="0097094B">
        <w:rPr>
          <w:rFonts w:ascii="Times New Roman" w:hAnsi="Times New Roman" w:cs="Times New Roman"/>
          <w:sz w:val="22"/>
        </w:rPr>
        <w:t xml:space="preserve">. En 2026 se </w:t>
      </w:r>
      <w:proofErr w:type="spellStart"/>
      <w:r w:rsidRPr="0097094B">
        <w:rPr>
          <w:rFonts w:ascii="Times New Roman" w:hAnsi="Times New Roman" w:cs="Times New Roman"/>
          <w:sz w:val="22"/>
        </w:rPr>
        <w:t>aprobó</w:t>
      </w:r>
      <w:proofErr w:type="spellEnd"/>
      <w:r w:rsidRPr="0097094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97094B">
        <w:rPr>
          <w:rFonts w:ascii="Times New Roman" w:hAnsi="Times New Roman" w:cs="Times New Roman"/>
          <w:sz w:val="22"/>
        </w:rPr>
        <w:t>además</w:t>
      </w:r>
      <w:proofErr w:type="spellEnd"/>
      <w:r w:rsidRPr="0097094B">
        <w:rPr>
          <w:rFonts w:ascii="Times New Roman" w:hAnsi="Times New Roman" w:cs="Times New Roman"/>
          <w:sz w:val="22"/>
        </w:rPr>
        <w:t xml:space="preserve"> la </w:t>
      </w:r>
      <w:proofErr w:type="spellStart"/>
      <w:r w:rsidRPr="0097094B">
        <w:rPr>
          <w:rFonts w:ascii="Times New Roman" w:hAnsi="Times New Roman" w:cs="Times New Roman"/>
          <w:sz w:val="22"/>
        </w:rPr>
        <w:t>Estrategia</w:t>
      </w:r>
      <w:proofErr w:type="spellEnd"/>
      <w:r w:rsidRPr="0097094B">
        <w:rPr>
          <w:rFonts w:ascii="Times New Roman" w:hAnsi="Times New Roman" w:cs="Times New Roman"/>
          <w:sz w:val="22"/>
        </w:rPr>
        <w:t xml:space="preserve"> Nacional de </w:t>
      </w:r>
      <w:proofErr w:type="spellStart"/>
      <w:r w:rsidRPr="0097094B">
        <w:rPr>
          <w:rFonts w:ascii="Times New Roman" w:hAnsi="Times New Roman" w:cs="Times New Roman"/>
          <w:sz w:val="22"/>
        </w:rPr>
        <w:t>Inteligencia</w:t>
      </w:r>
      <w:proofErr w:type="spellEnd"/>
      <w:r w:rsidRPr="0097094B">
        <w:rPr>
          <w:rFonts w:ascii="Times New Roman" w:hAnsi="Times New Roman" w:cs="Times New Roman"/>
          <w:sz w:val="22"/>
        </w:rPr>
        <w:t xml:space="preserve"> Artificial 2026–2030, </w:t>
      </w:r>
      <w:proofErr w:type="spellStart"/>
      <w:r w:rsidRPr="0097094B">
        <w:rPr>
          <w:rFonts w:ascii="Times New Roman" w:hAnsi="Times New Roman" w:cs="Times New Roman"/>
          <w:sz w:val="22"/>
        </w:rPr>
        <w:t>orientada</w:t>
      </w:r>
      <w:proofErr w:type="spellEnd"/>
      <w:r w:rsidRPr="0097094B">
        <w:rPr>
          <w:rFonts w:ascii="Times New Roman" w:hAnsi="Times New Roman" w:cs="Times New Roman"/>
          <w:sz w:val="22"/>
        </w:rPr>
        <w:t xml:space="preserve"> </w:t>
      </w:r>
      <w:proofErr w:type="gramStart"/>
      <w:r w:rsidRPr="0097094B">
        <w:rPr>
          <w:rFonts w:ascii="Times New Roman" w:hAnsi="Times New Roman" w:cs="Times New Roman"/>
          <w:sz w:val="22"/>
        </w:rPr>
        <w:t>a</w:t>
      </w:r>
      <w:proofErr w:type="gramEnd"/>
      <w:r w:rsidRPr="0097094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97094B">
        <w:rPr>
          <w:rFonts w:ascii="Times New Roman" w:hAnsi="Times New Roman" w:cs="Times New Roman"/>
          <w:sz w:val="22"/>
        </w:rPr>
        <w:t>ordenar</w:t>
      </w:r>
      <w:proofErr w:type="spellEnd"/>
      <w:r w:rsidRPr="0097094B">
        <w:rPr>
          <w:rFonts w:ascii="Times New Roman" w:hAnsi="Times New Roman" w:cs="Times New Roman"/>
          <w:sz w:val="22"/>
        </w:rPr>
        <w:t xml:space="preserve"> y articular</w:t>
      </w:r>
      <w:r w:rsidRPr="00287918">
        <w:rPr>
          <w:rFonts w:ascii="Times New Roman" w:hAnsi="Times New Roman" w:cs="Times New Roman"/>
          <w:sz w:val="22"/>
        </w:rPr>
        <w:t xml:space="preserve"> las </w:t>
      </w:r>
      <w:proofErr w:type="spellStart"/>
      <w:r w:rsidRPr="00287918">
        <w:rPr>
          <w:rFonts w:ascii="Times New Roman" w:hAnsi="Times New Roman" w:cs="Times New Roman"/>
          <w:sz w:val="22"/>
        </w:rPr>
        <w:t>intervenciones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del Estado.</w:t>
      </w:r>
    </w:p>
    <w:p w14:paraId="598F5EC6" w14:textId="77777777" w:rsidR="00D37D2D" w:rsidRPr="00287918" w:rsidRDefault="004519AB" w:rsidP="00287918">
      <w:pPr>
        <w:spacing w:line="360" w:lineRule="auto"/>
        <w:rPr>
          <w:rFonts w:ascii="Times New Roman" w:hAnsi="Times New Roman" w:cs="Times New Roman"/>
          <w:sz w:val="22"/>
        </w:rPr>
      </w:pPr>
      <w:r w:rsidRPr="00287918">
        <w:rPr>
          <w:rFonts w:ascii="Times New Roman" w:hAnsi="Times New Roman" w:cs="Times New Roman"/>
          <w:sz w:val="22"/>
        </w:rPr>
        <w:t xml:space="preserve">La IA </w:t>
      </w:r>
      <w:proofErr w:type="spellStart"/>
      <w:r w:rsidRPr="00287918">
        <w:rPr>
          <w:rFonts w:ascii="Times New Roman" w:hAnsi="Times New Roman" w:cs="Times New Roman"/>
          <w:sz w:val="22"/>
        </w:rPr>
        <w:t>ya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se </w:t>
      </w:r>
      <w:proofErr w:type="spellStart"/>
      <w:r w:rsidRPr="00287918">
        <w:rPr>
          <w:rFonts w:ascii="Times New Roman" w:hAnsi="Times New Roman" w:cs="Times New Roman"/>
          <w:sz w:val="22"/>
        </w:rPr>
        <w:t>aplica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o </w:t>
      </w:r>
      <w:proofErr w:type="spellStart"/>
      <w:r w:rsidRPr="00287918">
        <w:rPr>
          <w:rFonts w:ascii="Times New Roman" w:hAnsi="Times New Roman" w:cs="Times New Roman"/>
          <w:sz w:val="22"/>
        </w:rPr>
        <w:t>experimenta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educación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salud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justicia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agricultura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servicios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públicos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emprendimiento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. En </w:t>
      </w:r>
      <w:proofErr w:type="spellStart"/>
      <w:r w:rsidRPr="00287918">
        <w:rPr>
          <w:rFonts w:ascii="Times New Roman" w:hAnsi="Times New Roman" w:cs="Times New Roman"/>
          <w:sz w:val="22"/>
        </w:rPr>
        <w:t>educación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el </w:t>
      </w:r>
      <w:proofErr w:type="spellStart"/>
      <w:r w:rsidRPr="00287918">
        <w:rPr>
          <w:rFonts w:ascii="Times New Roman" w:hAnsi="Times New Roman" w:cs="Times New Roman"/>
          <w:sz w:val="22"/>
        </w:rPr>
        <w:t>Ministerio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Educación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ha </w:t>
      </w:r>
      <w:proofErr w:type="spellStart"/>
      <w:r w:rsidRPr="00287918">
        <w:rPr>
          <w:rFonts w:ascii="Times New Roman" w:hAnsi="Times New Roman" w:cs="Times New Roman"/>
          <w:sz w:val="22"/>
        </w:rPr>
        <w:t>impulsado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capacitación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docente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acciones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para </w:t>
      </w:r>
      <w:proofErr w:type="spellStart"/>
      <w:r w:rsidRPr="00287918">
        <w:rPr>
          <w:rFonts w:ascii="Times New Roman" w:hAnsi="Times New Roman" w:cs="Times New Roman"/>
          <w:sz w:val="22"/>
        </w:rPr>
        <w:t>incorporar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herramientas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IA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la </w:t>
      </w:r>
      <w:proofErr w:type="spellStart"/>
      <w:r w:rsidRPr="00287918">
        <w:rPr>
          <w:rFonts w:ascii="Times New Roman" w:hAnsi="Times New Roman" w:cs="Times New Roman"/>
          <w:sz w:val="22"/>
        </w:rPr>
        <w:t>planificación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. En </w:t>
      </w:r>
      <w:proofErr w:type="spellStart"/>
      <w:r w:rsidRPr="00287918">
        <w:rPr>
          <w:rFonts w:ascii="Times New Roman" w:hAnsi="Times New Roman" w:cs="Times New Roman"/>
          <w:sz w:val="22"/>
        </w:rPr>
        <w:t>salud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se </w:t>
      </w:r>
      <w:proofErr w:type="spellStart"/>
      <w:r w:rsidRPr="00287918">
        <w:rPr>
          <w:rFonts w:ascii="Times New Roman" w:hAnsi="Times New Roman" w:cs="Times New Roman"/>
          <w:sz w:val="22"/>
        </w:rPr>
        <w:t>estudian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aplicaciones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para </w:t>
      </w:r>
      <w:proofErr w:type="spellStart"/>
      <w:r w:rsidRPr="00287918">
        <w:rPr>
          <w:rFonts w:ascii="Times New Roman" w:hAnsi="Times New Roman" w:cs="Times New Roman"/>
          <w:sz w:val="22"/>
        </w:rPr>
        <w:t>prevención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diagnóstico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gestión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. Al </w:t>
      </w:r>
      <w:proofErr w:type="spellStart"/>
      <w:r w:rsidRPr="00287918">
        <w:rPr>
          <w:rFonts w:ascii="Times New Roman" w:hAnsi="Times New Roman" w:cs="Times New Roman"/>
          <w:sz w:val="22"/>
        </w:rPr>
        <w:t>mismo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tiempo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persisten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retos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como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la </w:t>
      </w:r>
      <w:proofErr w:type="spellStart"/>
      <w:r w:rsidRPr="00287918">
        <w:rPr>
          <w:rFonts w:ascii="Times New Roman" w:hAnsi="Times New Roman" w:cs="Times New Roman"/>
          <w:sz w:val="22"/>
        </w:rPr>
        <w:t>brecha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digital, la </w:t>
      </w:r>
      <w:proofErr w:type="spellStart"/>
      <w:r w:rsidRPr="00287918">
        <w:rPr>
          <w:rFonts w:ascii="Times New Roman" w:hAnsi="Times New Roman" w:cs="Times New Roman"/>
          <w:sz w:val="22"/>
        </w:rPr>
        <w:t>calidad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los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datos, la </w:t>
      </w:r>
      <w:proofErr w:type="spellStart"/>
      <w:r w:rsidRPr="00287918">
        <w:rPr>
          <w:rFonts w:ascii="Times New Roman" w:hAnsi="Times New Roman" w:cs="Times New Roman"/>
          <w:sz w:val="22"/>
        </w:rPr>
        <w:t>privacidad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la </w:t>
      </w:r>
      <w:proofErr w:type="spellStart"/>
      <w:r w:rsidRPr="00287918">
        <w:rPr>
          <w:rFonts w:ascii="Times New Roman" w:hAnsi="Times New Roman" w:cs="Times New Roman"/>
          <w:sz w:val="22"/>
        </w:rPr>
        <w:t>desinformación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la </w:t>
      </w:r>
      <w:proofErr w:type="spellStart"/>
      <w:r w:rsidRPr="00287918">
        <w:rPr>
          <w:rFonts w:ascii="Times New Roman" w:hAnsi="Times New Roman" w:cs="Times New Roman"/>
          <w:sz w:val="22"/>
        </w:rPr>
        <w:t>falta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talento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especializado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el </w:t>
      </w:r>
      <w:proofErr w:type="spellStart"/>
      <w:r w:rsidRPr="00287918">
        <w:rPr>
          <w:rFonts w:ascii="Times New Roman" w:hAnsi="Times New Roman" w:cs="Times New Roman"/>
          <w:sz w:val="22"/>
        </w:rPr>
        <w:t>uso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ético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sistemas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automatizados</w:t>
      </w:r>
      <w:proofErr w:type="spellEnd"/>
      <w:r w:rsidRPr="00287918">
        <w:rPr>
          <w:rFonts w:ascii="Times New Roman" w:hAnsi="Times New Roman" w:cs="Times New Roman"/>
          <w:sz w:val="22"/>
        </w:rPr>
        <w:t>.</w:t>
      </w:r>
    </w:p>
    <w:p w14:paraId="7F2CF84B" w14:textId="77777777" w:rsidR="008458FB" w:rsidRPr="00287918" w:rsidRDefault="008458FB" w:rsidP="00287918">
      <w:pPr>
        <w:spacing w:line="360" w:lineRule="auto"/>
        <w:rPr>
          <w:rFonts w:ascii="Times New Roman" w:hAnsi="Times New Roman" w:cs="Times New Roman"/>
          <w:sz w:val="22"/>
        </w:rPr>
      </w:pPr>
    </w:p>
    <w:p w14:paraId="6C33BCB3" w14:textId="77777777" w:rsidR="00D37D2D" w:rsidRPr="00287918" w:rsidRDefault="004519AB" w:rsidP="00287918">
      <w:pPr>
        <w:spacing w:line="360" w:lineRule="auto"/>
        <w:rPr>
          <w:rFonts w:ascii="Times New Roman" w:hAnsi="Times New Roman" w:cs="Times New Roman"/>
          <w:sz w:val="22"/>
        </w:rPr>
      </w:pPr>
      <w:r w:rsidRPr="00287918">
        <w:rPr>
          <w:rFonts w:ascii="Times New Roman" w:hAnsi="Times New Roman" w:cs="Times New Roman"/>
          <w:sz w:val="22"/>
        </w:rPr>
        <w:t xml:space="preserve">En </w:t>
      </w:r>
      <w:proofErr w:type="spellStart"/>
      <w:r w:rsidRPr="00287918">
        <w:rPr>
          <w:rFonts w:ascii="Times New Roman" w:hAnsi="Times New Roman" w:cs="Times New Roman"/>
          <w:sz w:val="22"/>
        </w:rPr>
        <w:t>conclusión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la IA </w:t>
      </w:r>
      <w:proofErr w:type="spellStart"/>
      <w:r w:rsidRPr="00287918">
        <w:rPr>
          <w:rFonts w:ascii="Times New Roman" w:hAnsi="Times New Roman" w:cs="Times New Roman"/>
          <w:sz w:val="22"/>
        </w:rPr>
        <w:t>representa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una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oportunidad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para </w:t>
      </w:r>
      <w:proofErr w:type="spellStart"/>
      <w:r w:rsidRPr="00287918">
        <w:rPr>
          <w:rFonts w:ascii="Times New Roman" w:hAnsi="Times New Roman" w:cs="Times New Roman"/>
          <w:sz w:val="22"/>
        </w:rPr>
        <w:t>mejorar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la </w:t>
      </w:r>
      <w:proofErr w:type="spellStart"/>
      <w:r w:rsidRPr="00287918">
        <w:rPr>
          <w:rFonts w:ascii="Times New Roman" w:hAnsi="Times New Roman" w:cs="Times New Roman"/>
          <w:sz w:val="22"/>
        </w:rPr>
        <w:t>productividad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los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servicios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el Perú, </w:t>
      </w:r>
      <w:proofErr w:type="spellStart"/>
      <w:r w:rsidRPr="00287918">
        <w:rPr>
          <w:rFonts w:ascii="Times New Roman" w:hAnsi="Times New Roman" w:cs="Times New Roman"/>
          <w:sz w:val="22"/>
        </w:rPr>
        <w:t>siempre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que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su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desarrollo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esté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acompañado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conectividad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capacitación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investigación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protección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derechos y </w:t>
      </w:r>
      <w:proofErr w:type="spellStart"/>
      <w:r w:rsidRPr="00287918">
        <w:rPr>
          <w:rFonts w:ascii="Times New Roman" w:hAnsi="Times New Roman" w:cs="Times New Roman"/>
          <w:sz w:val="22"/>
        </w:rPr>
        <w:t>supervisión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humana.</w:t>
      </w:r>
    </w:p>
    <w:p w14:paraId="17DB1903" w14:textId="77777777" w:rsidR="00D37D2D" w:rsidRPr="00287918" w:rsidRDefault="004519AB" w:rsidP="00287918">
      <w:pPr>
        <w:spacing w:line="360" w:lineRule="auto"/>
        <w:rPr>
          <w:rFonts w:ascii="Times New Roman" w:hAnsi="Times New Roman" w:cs="Times New Roman"/>
          <w:sz w:val="22"/>
        </w:rPr>
      </w:pPr>
      <w:r w:rsidRPr="00287918">
        <w:rPr>
          <w:rFonts w:ascii="Times New Roman" w:hAnsi="Times New Roman" w:cs="Times New Roman"/>
          <w:sz w:val="22"/>
        </w:rPr>
        <w:br w:type="page"/>
      </w:r>
    </w:p>
    <w:p w14:paraId="321854E3" w14:textId="77777777" w:rsidR="00907FC5" w:rsidRPr="00287918" w:rsidRDefault="004519AB" w:rsidP="00287918">
      <w:pPr>
        <w:pStyle w:val="Ttulo1"/>
        <w:rPr>
          <w:rFonts w:cs="Times New Roman"/>
          <w:sz w:val="22"/>
          <w:szCs w:val="22"/>
        </w:rPr>
      </w:pPr>
      <w:bookmarkStart w:id="8" w:name="_Toc242094271"/>
      <w:bookmarkStart w:id="9" w:name="_Toc242217086"/>
      <w:r w:rsidRPr="00287918">
        <w:rPr>
          <w:rFonts w:cs="Times New Roman"/>
          <w:sz w:val="22"/>
          <w:szCs w:val="22"/>
        </w:rPr>
        <w:lastRenderedPageBreak/>
        <w:t>CAPÍTULO I.</w:t>
      </w:r>
      <w:bookmarkEnd w:id="8"/>
      <w:bookmarkEnd w:id="9"/>
      <w:r w:rsidRPr="00287918">
        <w:rPr>
          <w:rFonts w:cs="Times New Roman"/>
          <w:sz w:val="22"/>
          <w:szCs w:val="22"/>
        </w:rPr>
        <w:t xml:space="preserve"> </w:t>
      </w:r>
    </w:p>
    <w:p w14:paraId="4B5B56D7" w14:textId="092A2D4B" w:rsidR="00D37D2D" w:rsidRPr="00287918" w:rsidRDefault="004519AB" w:rsidP="00287918">
      <w:pPr>
        <w:pStyle w:val="Ttulo1"/>
        <w:rPr>
          <w:rFonts w:cs="Times New Roman"/>
          <w:sz w:val="22"/>
          <w:szCs w:val="22"/>
        </w:rPr>
      </w:pPr>
      <w:bookmarkStart w:id="10" w:name="_Toc242094272"/>
      <w:bookmarkStart w:id="11" w:name="_Toc242217087"/>
      <w:r w:rsidRPr="00287918">
        <w:rPr>
          <w:rFonts w:cs="Times New Roman"/>
          <w:sz w:val="22"/>
          <w:szCs w:val="22"/>
        </w:rPr>
        <w:t>EVOLUCIÓN DE LA INTELIGENCIA ARTIFICIAL EN EL PERÚ</w:t>
      </w:r>
      <w:bookmarkEnd w:id="10"/>
      <w:bookmarkEnd w:id="11"/>
    </w:p>
    <w:p w14:paraId="0A1F4C47" w14:textId="5EF03239" w:rsidR="00D37D2D" w:rsidRPr="00287918" w:rsidRDefault="008458FB" w:rsidP="00287918">
      <w:pPr>
        <w:spacing w:line="360" w:lineRule="auto"/>
        <w:rPr>
          <w:rFonts w:ascii="Times New Roman" w:hAnsi="Times New Roman" w:cs="Times New Roman"/>
          <w:sz w:val="22"/>
        </w:rPr>
      </w:pPr>
      <w:bookmarkStart w:id="12" w:name="_Toc242094273"/>
      <w:bookmarkStart w:id="13" w:name="_Toc242217088"/>
      <w:r w:rsidRPr="00287918">
        <w:rPr>
          <w:rStyle w:val="Ttulo2Car"/>
          <w:rFonts w:cs="Times New Roman"/>
          <w:sz w:val="22"/>
          <w:szCs w:val="22"/>
        </w:rPr>
        <w:t>LA INTELIGENCIA ARTIFICIAL</w:t>
      </w:r>
      <w:bookmarkEnd w:id="12"/>
      <w:bookmarkEnd w:id="13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Compren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sistemas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capaces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realizar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tareas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que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normalmente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requieren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capacidades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humanas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como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reconocer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patrones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procesar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lenguaje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generar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contenidos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formular </w:t>
      </w:r>
      <w:proofErr w:type="spellStart"/>
      <w:r w:rsidRPr="00287918">
        <w:rPr>
          <w:rFonts w:ascii="Times New Roman" w:hAnsi="Times New Roman" w:cs="Times New Roman"/>
          <w:sz w:val="22"/>
        </w:rPr>
        <w:t>predicciones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apoyar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decisiones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. Su </w:t>
      </w:r>
      <w:proofErr w:type="spellStart"/>
      <w:r w:rsidRPr="00287918">
        <w:rPr>
          <w:rFonts w:ascii="Times New Roman" w:hAnsi="Times New Roman" w:cs="Times New Roman"/>
          <w:sz w:val="22"/>
        </w:rPr>
        <w:t>expansión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mundial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se </w:t>
      </w:r>
      <w:proofErr w:type="spellStart"/>
      <w:r w:rsidRPr="00287918">
        <w:rPr>
          <w:rFonts w:ascii="Times New Roman" w:hAnsi="Times New Roman" w:cs="Times New Roman"/>
          <w:sz w:val="22"/>
        </w:rPr>
        <w:t>aceleró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especialmente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con la IA </w:t>
      </w:r>
      <w:proofErr w:type="spellStart"/>
      <w:r w:rsidRPr="00287918">
        <w:rPr>
          <w:rFonts w:ascii="Times New Roman" w:hAnsi="Times New Roman" w:cs="Times New Roman"/>
          <w:sz w:val="22"/>
        </w:rPr>
        <w:t>generativa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que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permitió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que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millones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personas </w:t>
      </w:r>
      <w:proofErr w:type="spellStart"/>
      <w:r w:rsidRPr="00287918">
        <w:rPr>
          <w:rFonts w:ascii="Times New Roman" w:hAnsi="Times New Roman" w:cs="Times New Roman"/>
          <w:sz w:val="22"/>
        </w:rPr>
        <w:t>interactuaran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directamente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con </w:t>
      </w:r>
      <w:proofErr w:type="spellStart"/>
      <w:r w:rsidRPr="00287918">
        <w:rPr>
          <w:rFonts w:ascii="Times New Roman" w:hAnsi="Times New Roman" w:cs="Times New Roman"/>
          <w:sz w:val="22"/>
        </w:rPr>
        <w:t>modelos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capaces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producir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texto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imágenes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código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otros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contenidos</w:t>
      </w:r>
      <w:proofErr w:type="spellEnd"/>
      <w:r w:rsidRPr="00287918">
        <w:rPr>
          <w:rFonts w:ascii="Times New Roman" w:hAnsi="Times New Roman" w:cs="Times New Roman"/>
          <w:sz w:val="22"/>
        </w:rPr>
        <w:t>.</w:t>
      </w:r>
    </w:p>
    <w:p w14:paraId="6DBDEEEC" w14:textId="77777777" w:rsidR="00D37D2D" w:rsidRPr="00287918" w:rsidRDefault="004519AB" w:rsidP="00287918">
      <w:pPr>
        <w:spacing w:line="360" w:lineRule="auto"/>
        <w:rPr>
          <w:rFonts w:ascii="Times New Roman" w:hAnsi="Times New Roman" w:cs="Times New Roman"/>
          <w:sz w:val="22"/>
        </w:rPr>
      </w:pPr>
      <w:r w:rsidRPr="00287918">
        <w:rPr>
          <w:rFonts w:ascii="Times New Roman" w:hAnsi="Times New Roman" w:cs="Times New Roman"/>
          <w:sz w:val="22"/>
        </w:rPr>
        <w:t xml:space="preserve">En el Perú, uno de </w:t>
      </w:r>
      <w:proofErr w:type="spellStart"/>
      <w:r w:rsidRPr="00287918">
        <w:rPr>
          <w:rFonts w:ascii="Times New Roman" w:hAnsi="Times New Roman" w:cs="Times New Roman"/>
          <w:sz w:val="22"/>
        </w:rPr>
        <w:t>los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principales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hitos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recientes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fue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la </w:t>
      </w:r>
      <w:proofErr w:type="spellStart"/>
      <w:r w:rsidRPr="00287918">
        <w:rPr>
          <w:rFonts w:ascii="Times New Roman" w:hAnsi="Times New Roman" w:cs="Times New Roman"/>
          <w:sz w:val="22"/>
        </w:rPr>
        <w:t>aprobación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la Ley N.° 31814, </w:t>
      </w:r>
      <w:proofErr w:type="spellStart"/>
      <w:r w:rsidRPr="00287918">
        <w:rPr>
          <w:rFonts w:ascii="Times New Roman" w:hAnsi="Times New Roman" w:cs="Times New Roman"/>
          <w:sz w:val="22"/>
        </w:rPr>
        <w:t>publicada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julio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2023. La norma </w:t>
      </w:r>
      <w:proofErr w:type="spellStart"/>
      <w:r w:rsidRPr="00287918">
        <w:rPr>
          <w:rFonts w:ascii="Times New Roman" w:hAnsi="Times New Roman" w:cs="Times New Roman"/>
          <w:sz w:val="22"/>
        </w:rPr>
        <w:t>declaró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interés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nacional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el </w:t>
      </w:r>
      <w:proofErr w:type="spellStart"/>
      <w:r w:rsidRPr="00287918">
        <w:rPr>
          <w:rFonts w:ascii="Times New Roman" w:hAnsi="Times New Roman" w:cs="Times New Roman"/>
          <w:sz w:val="22"/>
        </w:rPr>
        <w:t>desarrollo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uso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la IA y </w:t>
      </w:r>
      <w:proofErr w:type="spellStart"/>
      <w:r w:rsidRPr="00287918">
        <w:rPr>
          <w:rFonts w:ascii="Times New Roman" w:hAnsi="Times New Roman" w:cs="Times New Roman"/>
          <w:sz w:val="22"/>
        </w:rPr>
        <w:t>estableció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principios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relacionados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con </w:t>
      </w:r>
      <w:proofErr w:type="spellStart"/>
      <w:r w:rsidRPr="00287918">
        <w:rPr>
          <w:rFonts w:ascii="Times New Roman" w:hAnsi="Times New Roman" w:cs="Times New Roman"/>
          <w:sz w:val="22"/>
        </w:rPr>
        <w:t>seguridad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basada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riesgos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participación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ética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privacidad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transformación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digital. También </w:t>
      </w:r>
      <w:proofErr w:type="spellStart"/>
      <w:r w:rsidRPr="00287918">
        <w:rPr>
          <w:rFonts w:ascii="Times New Roman" w:hAnsi="Times New Roman" w:cs="Times New Roman"/>
          <w:sz w:val="22"/>
        </w:rPr>
        <w:t>encargó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a la Presidencia del Consejo de Ministros, </w:t>
      </w:r>
      <w:proofErr w:type="spellStart"/>
      <w:r w:rsidRPr="00287918">
        <w:rPr>
          <w:rFonts w:ascii="Times New Roman" w:hAnsi="Times New Roman" w:cs="Times New Roman"/>
          <w:sz w:val="22"/>
        </w:rPr>
        <w:t>mediante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la </w:t>
      </w:r>
      <w:proofErr w:type="spellStart"/>
      <w:r w:rsidRPr="00287918">
        <w:rPr>
          <w:rFonts w:ascii="Times New Roman" w:hAnsi="Times New Roman" w:cs="Times New Roman"/>
          <w:sz w:val="22"/>
        </w:rPr>
        <w:t>Secretaría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Gobierno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Transformación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Digital, </w:t>
      </w:r>
      <w:proofErr w:type="spellStart"/>
      <w:r w:rsidRPr="00287918">
        <w:rPr>
          <w:rFonts w:ascii="Times New Roman" w:hAnsi="Times New Roman" w:cs="Times New Roman"/>
          <w:sz w:val="22"/>
        </w:rPr>
        <w:t>dirigir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supervisar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las </w:t>
      </w:r>
      <w:proofErr w:type="spellStart"/>
      <w:r w:rsidRPr="00287918">
        <w:rPr>
          <w:rFonts w:ascii="Times New Roman" w:hAnsi="Times New Roman" w:cs="Times New Roman"/>
          <w:sz w:val="22"/>
        </w:rPr>
        <w:t>acciones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nacionales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esta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materia</w:t>
      </w:r>
      <w:proofErr w:type="spellEnd"/>
      <w:r w:rsidRPr="00287918">
        <w:rPr>
          <w:rFonts w:ascii="Times New Roman" w:hAnsi="Times New Roman" w:cs="Times New Roman"/>
          <w:sz w:val="22"/>
        </w:rPr>
        <w:t>.</w:t>
      </w:r>
    </w:p>
    <w:p w14:paraId="2A83B73E" w14:textId="77777777" w:rsidR="00D37D2D" w:rsidRPr="00287918" w:rsidRDefault="004519AB" w:rsidP="00287918">
      <w:pPr>
        <w:spacing w:line="360" w:lineRule="auto"/>
        <w:rPr>
          <w:rFonts w:ascii="Times New Roman" w:hAnsi="Times New Roman" w:cs="Times New Roman"/>
          <w:sz w:val="22"/>
        </w:rPr>
      </w:pPr>
      <w:r w:rsidRPr="00287918">
        <w:rPr>
          <w:rFonts w:ascii="Times New Roman" w:hAnsi="Times New Roman" w:cs="Times New Roman"/>
          <w:sz w:val="22"/>
        </w:rPr>
        <w:t xml:space="preserve">Durante 2024 y 2025 </w:t>
      </w:r>
      <w:proofErr w:type="spellStart"/>
      <w:r w:rsidRPr="00287918">
        <w:rPr>
          <w:rFonts w:ascii="Times New Roman" w:hAnsi="Times New Roman" w:cs="Times New Roman"/>
          <w:sz w:val="22"/>
        </w:rPr>
        <w:t>aumentó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la </w:t>
      </w:r>
      <w:proofErr w:type="spellStart"/>
      <w:r w:rsidRPr="00287918">
        <w:rPr>
          <w:rFonts w:ascii="Times New Roman" w:hAnsi="Times New Roman" w:cs="Times New Roman"/>
          <w:sz w:val="22"/>
        </w:rPr>
        <w:t>atención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pública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hacia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la IA. El Estado </w:t>
      </w:r>
      <w:proofErr w:type="spellStart"/>
      <w:r w:rsidRPr="00287918">
        <w:rPr>
          <w:rFonts w:ascii="Times New Roman" w:hAnsi="Times New Roman" w:cs="Times New Roman"/>
          <w:sz w:val="22"/>
        </w:rPr>
        <w:t>desarrolló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estudios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guías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para el </w:t>
      </w:r>
      <w:proofErr w:type="spellStart"/>
      <w:r w:rsidRPr="00287918">
        <w:rPr>
          <w:rFonts w:ascii="Times New Roman" w:hAnsi="Times New Roman" w:cs="Times New Roman"/>
          <w:sz w:val="22"/>
        </w:rPr>
        <w:t>Gobierno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Digital, </w:t>
      </w:r>
      <w:proofErr w:type="spellStart"/>
      <w:r w:rsidRPr="00287918">
        <w:rPr>
          <w:rFonts w:ascii="Times New Roman" w:hAnsi="Times New Roman" w:cs="Times New Roman"/>
          <w:sz w:val="22"/>
        </w:rPr>
        <w:t>incluyendo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orientaciones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sobre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ética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calidad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datos, </w:t>
      </w:r>
      <w:proofErr w:type="spellStart"/>
      <w:r w:rsidRPr="00287918">
        <w:rPr>
          <w:rFonts w:ascii="Times New Roman" w:hAnsi="Times New Roman" w:cs="Times New Roman"/>
          <w:sz w:val="22"/>
        </w:rPr>
        <w:t>evaluación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del </w:t>
      </w:r>
      <w:proofErr w:type="spellStart"/>
      <w:r w:rsidRPr="00287918">
        <w:rPr>
          <w:rFonts w:ascii="Times New Roman" w:hAnsi="Times New Roman" w:cs="Times New Roman"/>
          <w:sz w:val="22"/>
        </w:rPr>
        <w:t>desempeño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gestión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riesgos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. En </w:t>
      </w:r>
      <w:proofErr w:type="spellStart"/>
      <w:r w:rsidRPr="00287918">
        <w:rPr>
          <w:rFonts w:ascii="Times New Roman" w:hAnsi="Times New Roman" w:cs="Times New Roman"/>
          <w:sz w:val="22"/>
        </w:rPr>
        <w:t>septiembre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2025 se </w:t>
      </w:r>
      <w:proofErr w:type="spellStart"/>
      <w:r w:rsidRPr="00287918">
        <w:rPr>
          <w:rFonts w:ascii="Times New Roman" w:hAnsi="Times New Roman" w:cs="Times New Roman"/>
          <w:sz w:val="22"/>
        </w:rPr>
        <w:t>aprobó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el </w:t>
      </w:r>
      <w:proofErr w:type="spellStart"/>
      <w:r w:rsidRPr="00287918">
        <w:rPr>
          <w:rFonts w:ascii="Times New Roman" w:hAnsi="Times New Roman" w:cs="Times New Roman"/>
          <w:sz w:val="22"/>
        </w:rPr>
        <w:t>Reglamento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la Ley N.° 31814, </w:t>
      </w:r>
      <w:proofErr w:type="spellStart"/>
      <w:r w:rsidRPr="00287918">
        <w:rPr>
          <w:rFonts w:ascii="Times New Roman" w:hAnsi="Times New Roman" w:cs="Times New Roman"/>
          <w:sz w:val="22"/>
        </w:rPr>
        <w:t>que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estableció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un </w:t>
      </w:r>
      <w:proofErr w:type="spellStart"/>
      <w:r w:rsidRPr="00287918">
        <w:rPr>
          <w:rFonts w:ascii="Times New Roman" w:hAnsi="Times New Roman" w:cs="Times New Roman"/>
          <w:sz w:val="22"/>
        </w:rPr>
        <w:t>enfoque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uso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seguro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responsable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transparente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sostenible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e </w:t>
      </w:r>
      <w:proofErr w:type="spellStart"/>
      <w:r w:rsidRPr="00287918">
        <w:rPr>
          <w:rFonts w:ascii="Times New Roman" w:hAnsi="Times New Roman" w:cs="Times New Roman"/>
          <w:sz w:val="22"/>
        </w:rPr>
        <w:t>inclusivo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con </w:t>
      </w:r>
      <w:proofErr w:type="spellStart"/>
      <w:r w:rsidRPr="00287918">
        <w:rPr>
          <w:rFonts w:ascii="Times New Roman" w:hAnsi="Times New Roman" w:cs="Times New Roman"/>
          <w:sz w:val="22"/>
        </w:rPr>
        <w:t>clasificación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por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niveles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riesgo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obligaciones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para el sector </w:t>
      </w:r>
      <w:proofErr w:type="spellStart"/>
      <w:r w:rsidRPr="00287918">
        <w:rPr>
          <w:rFonts w:ascii="Times New Roman" w:hAnsi="Times New Roman" w:cs="Times New Roman"/>
          <w:sz w:val="22"/>
        </w:rPr>
        <w:t>público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privado.</w:t>
      </w:r>
    </w:p>
    <w:p w14:paraId="1A198165" w14:textId="77777777" w:rsidR="00D37D2D" w:rsidRPr="00287918" w:rsidRDefault="004519AB" w:rsidP="00FC55AD">
      <w:pPr>
        <w:spacing w:line="360" w:lineRule="auto"/>
        <w:jc w:val="center"/>
        <w:rPr>
          <w:rFonts w:ascii="Times New Roman" w:hAnsi="Times New Roman" w:cs="Times New Roman"/>
          <w:sz w:val="22"/>
        </w:rPr>
      </w:pPr>
      <w:r w:rsidRPr="00287918">
        <w:rPr>
          <w:rFonts w:ascii="Times New Roman" w:hAnsi="Times New Roman" w:cs="Times New Roman"/>
          <w:noProof/>
          <w:sz w:val="22"/>
        </w:rPr>
        <w:drawing>
          <wp:inline distT="0" distB="0" distL="0" distR="0" wp14:anchorId="680CB3E3" wp14:editId="4A5DFDA8">
            <wp:extent cx="2834640" cy="163779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i_education_illustration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1637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85B830" w14:textId="77777777" w:rsidR="00D37D2D" w:rsidRPr="00287918" w:rsidRDefault="004519AB" w:rsidP="00287918">
      <w:pPr>
        <w:spacing w:line="360" w:lineRule="auto"/>
        <w:rPr>
          <w:rFonts w:ascii="Times New Roman" w:hAnsi="Times New Roman" w:cs="Times New Roman"/>
          <w:sz w:val="22"/>
        </w:rPr>
      </w:pPr>
      <w:bookmarkStart w:id="14" w:name="_Toc242217089"/>
      <w:proofErr w:type="spellStart"/>
      <w:r w:rsidRPr="00287918">
        <w:rPr>
          <w:rStyle w:val="Ttulo3Car"/>
          <w:rFonts w:cs="Times New Roman"/>
          <w:sz w:val="22"/>
        </w:rPr>
        <w:t>Figura</w:t>
      </w:r>
      <w:proofErr w:type="spellEnd"/>
      <w:r w:rsidRPr="00287918">
        <w:rPr>
          <w:rStyle w:val="Ttulo3Car"/>
          <w:rFonts w:cs="Times New Roman"/>
          <w:sz w:val="22"/>
        </w:rPr>
        <w:t xml:space="preserve"> 1</w:t>
      </w:r>
      <w:bookmarkEnd w:id="14"/>
      <w:r w:rsidRPr="00287918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287918">
        <w:rPr>
          <w:rFonts w:ascii="Times New Roman" w:hAnsi="Times New Roman" w:cs="Times New Roman"/>
          <w:sz w:val="22"/>
        </w:rPr>
        <w:t>Capacitación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docente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inteligencia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artificial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el Perú. Fuente: </w:t>
      </w:r>
      <w:proofErr w:type="spellStart"/>
      <w:r w:rsidRPr="00287918">
        <w:rPr>
          <w:rFonts w:ascii="Times New Roman" w:hAnsi="Times New Roman" w:cs="Times New Roman"/>
          <w:sz w:val="22"/>
        </w:rPr>
        <w:t>Ministerio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Educación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del Perú.</w:t>
      </w:r>
    </w:p>
    <w:p w14:paraId="27F7E1A1" w14:textId="77777777" w:rsidR="00D37D2D" w:rsidRPr="00287918" w:rsidRDefault="004519AB" w:rsidP="00287918">
      <w:pPr>
        <w:spacing w:line="360" w:lineRule="auto"/>
        <w:rPr>
          <w:rFonts w:ascii="Times New Roman" w:hAnsi="Times New Roman" w:cs="Times New Roman"/>
          <w:sz w:val="22"/>
        </w:rPr>
      </w:pPr>
      <w:proofErr w:type="spellStart"/>
      <w:r w:rsidRPr="00287918">
        <w:rPr>
          <w:rFonts w:ascii="Times New Roman" w:hAnsi="Times New Roman" w:cs="Times New Roman"/>
          <w:sz w:val="22"/>
        </w:rPr>
        <w:t>Resumen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del </w:t>
      </w:r>
      <w:proofErr w:type="spellStart"/>
      <w:r w:rsidRPr="00287918">
        <w:rPr>
          <w:rFonts w:ascii="Times New Roman" w:hAnsi="Times New Roman" w:cs="Times New Roman"/>
          <w:sz w:val="22"/>
        </w:rPr>
        <w:t>capítulo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: La </w:t>
      </w:r>
      <w:proofErr w:type="spellStart"/>
      <w:r w:rsidRPr="00287918">
        <w:rPr>
          <w:rFonts w:ascii="Times New Roman" w:hAnsi="Times New Roman" w:cs="Times New Roman"/>
          <w:sz w:val="22"/>
        </w:rPr>
        <w:t>evolución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peruana </w:t>
      </w:r>
      <w:proofErr w:type="spellStart"/>
      <w:r w:rsidRPr="00287918">
        <w:rPr>
          <w:rFonts w:ascii="Times New Roman" w:hAnsi="Times New Roman" w:cs="Times New Roman"/>
          <w:sz w:val="22"/>
        </w:rPr>
        <w:t>pasó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iniciativas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generales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transformación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digital a un </w:t>
      </w:r>
      <w:proofErr w:type="spellStart"/>
      <w:r w:rsidRPr="00287918">
        <w:rPr>
          <w:rFonts w:ascii="Times New Roman" w:hAnsi="Times New Roman" w:cs="Times New Roman"/>
          <w:sz w:val="22"/>
        </w:rPr>
        <w:t>marco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específico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para la IA. La Ley 31814, </w:t>
      </w:r>
      <w:proofErr w:type="spellStart"/>
      <w:r w:rsidRPr="00287918">
        <w:rPr>
          <w:rFonts w:ascii="Times New Roman" w:hAnsi="Times New Roman" w:cs="Times New Roman"/>
          <w:sz w:val="22"/>
        </w:rPr>
        <w:t>su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reglamento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las </w:t>
      </w:r>
      <w:proofErr w:type="spellStart"/>
      <w:r w:rsidRPr="00287918">
        <w:rPr>
          <w:rFonts w:ascii="Times New Roman" w:hAnsi="Times New Roman" w:cs="Times New Roman"/>
          <w:sz w:val="22"/>
        </w:rPr>
        <w:t>políticas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posteriores </w:t>
      </w:r>
      <w:proofErr w:type="spellStart"/>
      <w:r w:rsidRPr="00287918">
        <w:rPr>
          <w:rFonts w:ascii="Times New Roman" w:hAnsi="Times New Roman" w:cs="Times New Roman"/>
          <w:sz w:val="22"/>
        </w:rPr>
        <w:t>muestran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que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el </w:t>
      </w:r>
      <w:proofErr w:type="spellStart"/>
      <w:r w:rsidRPr="00287918">
        <w:rPr>
          <w:rFonts w:ascii="Times New Roman" w:hAnsi="Times New Roman" w:cs="Times New Roman"/>
          <w:sz w:val="22"/>
        </w:rPr>
        <w:t>país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busca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combinar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innovación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tecnológica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con </w:t>
      </w:r>
      <w:proofErr w:type="spellStart"/>
      <w:r w:rsidRPr="00287918">
        <w:rPr>
          <w:rFonts w:ascii="Times New Roman" w:hAnsi="Times New Roman" w:cs="Times New Roman"/>
          <w:sz w:val="22"/>
        </w:rPr>
        <w:t>protección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derechos y </w:t>
      </w:r>
      <w:proofErr w:type="spellStart"/>
      <w:r w:rsidRPr="00287918">
        <w:rPr>
          <w:rFonts w:ascii="Times New Roman" w:hAnsi="Times New Roman" w:cs="Times New Roman"/>
          <w:sz w:val="22"/>
        </w:rPr>
        <w:t>responsabilidad</w:t>
      </w:r>
      <w:proofErr w:type="spellEnd"/>
      <w:r w:rsidRPr="00287918">
        <w:rPr>
          <w:rFonts w:ascii="Times New Roman" w:hAnsi="Times New Roman" w:cs="Times New Roman"/>
          <w:sz w:val="22"/>
        </w:rPr>
        <w:t>.</w:t>
      </w:r>
    </w:p>
    <w:p w14:paraId="6B97AF4F" w14:textId="77777777" w:rsidR="00D37D2D" w:rsidRPr="00287918" w:rsidRDefault="004519AB" w:rsidP="00287918">
      <w:pPr>
        <w:spacing w:line="360" w:lineRule="auto"/>
        <w:rPr>
          <w:rFonts w:ascii="Times New Roman" w:hAnsi="Times New Roman" w:cs="Times New Roman"/>
          <w:sz w:val="22"/>
        </w:rPr>
      </w:pPr>
      <w:r w:rsidRPr="00287918">
        <w:rPr>
          <w:rFonts w:ascii="Times New Roman" w:hAnsi="Times New Roman" w:cs="Times New Roman"/>
          <w:sz w:val="22"/>
        </w:rPr>
        <w:br w:type="page"/>
      </w:r>
    </w:p>
    <w:p w14:paraId="3881DC61" w14:textId="77777777" w:rsidR="008458FB" w:rsidRPr="00287918" w:rsidRDefault="004519AB" w:rsidP="00287918">
      <w:pPr>
        <w:pStyle w:val="Ttulo1"/>
        <w:rPr>
          <w:rFonts w:cs="Times New Roman"/>
          <w:sz w:val="22"/>
          <w:szCs w:val="22"/>
        </w:rPr>
      </w:pPr>
      <w:bookmarkStart w:id="15" w:name="_Toc242094274"/>
      <w:bookmarkStart w:id="16" w:name="_Toc242217090"/>
      <w:r w:rsidRPr="00287918">
        <w:rPr>
          <w:rFonts w:cs="Times New Roman"/>
          <w:sz w:val="22"/>
          <w:szCs w:val="22"/>
        </w:rPr>
        <w:lastRenderedPageBreak/>
        <w:t>CAPÍTULO II.</w:t>
      </w:r>
      <w:bookmarkEnd w:id="15"/>
      <w:bookmarkEnd w:id="16"/>
      <w:r w:rsidRPr="00287918">
        <w:rPr>
          <w:rFonts w:cs="Times New Roman"/>
          <w:sz w:val="22"/>
          <w:szCs w:val="22"/>
        </w:rPr>
        <w:t xml:space="preserve"> </w:t>
      </w:r>
    </w:p>
    <w:p w14:paraId="352D5107" w14:textId="62CB9E39" w:rsidR="00D37D2D" w:rsidRPr="00287918" w:rsidRDefault="004519AB" w:rsidP="00287918">
      <w:pPr>
        <w:pStyle w:val="Ttulo1"/>
        <w:rPr>
          <w:rFonts w:cs="Times New Roman"/>
          <w:sz w:val="22"/>
          <w:szCs w:val="22"/>
        </w:rPr>
      </w:pPr>
      <w:bookmarkStart w:id="17" w:name="_Toc242094275"/>
      <w:bookmarkStart w:id="18" w:name="_Toc242217091"/>
      <w:r w:rsidRPr="00287918">
        <w:rPr>
          <w:rFonts w:cs="Times New Roman"/>
          <w:sz w:val="22"/>
          <w:szCs w:val="22"/>
        </w:rPr>
        <w:t>APLICACIONES Y AVANCES RECIENTES</w:t>
      </w:r>
      <w:bookmarkEnd w:id="17"/>
      <w:bookmarkEnd w:id="18"/>
    </w:p>
    <w:p w14:paraId="268A3F9A" w14:textId="782DC21D" w:rsidR="00D37D2D" w:rsidRPr="00287918" w:rsidRDefault="008458FB" w:rsidP="00287918">
      <w:pPr>
        <w:spacing w:line="360" w:lineRule="auto"/>
        <w:rPr>
          <w:rFonts w:ascii="Times New Roman" w:hAnsi="Times New Roman" w:cs="Times New Roman"/>
          <w:sz w:val="22"/>
        </w:rPr>
      </w:pPr>
      <w:bookmarkStart w:id="19" w:name="_Toc242094276"/>
      <w:bookmarkStart w:id="20" w:name="_Toc242217092"/>
      <w:r w:rsidRPr="00287918">
        <w:rPr>
          <w:rStyle w:val="Ttulo2Car"/>
          <w:rFonts w:cs="Times New Roman"/>
          <w:sz w:val="22"/>
          <w:szCs w:val="22"/>
        </w:rPr>
        <w:t>LA IA ESTÁ ENCONTRANDO APLICACIONES</w:t>
      </w:r>
      <w:bookmarkEnd w:id="19"/>
      <w:bookmarkEnd w:id="20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diferentes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sectores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peruanos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. En </w:t>
      </w:r>
      <w:proofErr w:type="spellStart"/>
      <w:r w:rsidRPr="00287918">
        <w:rPr>
          <w:rFonts w:ascii="Times New Roman" w:hAnsi="Times New Roman" w:cs="Times New Roman"/>
          <w:sz w:val="22"/>
        </w:rPr>
        <w:t>educación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permite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apoyar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la </w:t>
      </w:r>
      <w:proofErr w:type="spellStart"/>
      <w:r w:rsidRPr="00287918">
        <w:rPr>
          <w:rFonts w:ascii="Times New Roman" w:hAnsi="Times New Roman" w:cs="Times New Roman"/>
          <w:sz w:val="22"/>
        </w:rPr>
        <w:t>planificación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clases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generar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materiales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adaptar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actividades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ofrecer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retroalimentación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. El </w:t>
      </w:r>
      <w:proofErr w:type="spellStart"/>
      <w:r w:rsidRPr="00287918">
        <w:rPr>
          <w:rFonts w:ascii="Times New Roman" w:hAnsi="Times New Roman" w:cs="Times New Roman"/>
          <w:sz w:val="22"/>
        </w:rPr>
        <w:t>Ministerio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Educación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ha </w:t>
      </w:r>
      <w:proofErr w:type="spellStart"/>
      <w:r w:rsidRPr="00287918">
        <w:rPr>
          <w:rFonts w:ascii="Times New Roman" w:hAnsi="Times New Roman" w:cs="Times New Roman"/>
          <w:sz w:val="22"/>
        </w:rPr>
        <w:t>desarrollado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acciones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capacitación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para </w:t>
      </w:r>
      <w:proofErr w:type="spellStart"/>
      <w:r w:rsidRPr="00287918">
        <w:rPr>
          <w:rFonts w:ascii="Times New Roman" w:hAnsi="Times New Roman" w:cs="Times New Roman"/>
          <w:sz w:val="22"/>
        </w:rPr>
        <w:t>docentes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; </w:t>
      </w:r>
      <w:proofErr w:type="spellStart"/>
      <w:r w:rsidRPr="00287918">
        <w:rPr>
          <w:rFonts w:ascii="Times New Roman" w:hAnsi="Times New Roman" w:cs="Times New Roman"/>
          <w:sz w:val="22"/>
        </w:rPr>
        <w:t>una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iniciativa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reportada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2025 </w:t>
      </w:r>
      <w:proofErr w:type="spellStart"/>
      <w:r w:rsidRPr="00287918">
        <w:rPr>
          <w:rFonts w:ascii="Times New Roman" w:hAnsi="Times New Roman" w:cs="Times New Roman"/>
          <w:sz w:val="22"/>
        </w:rPr>
        <w:t>contempló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la </w:t>
      </w:r>
      <w:proofErr w:type="spellStart"/>
      <w:r w:rsidRPr="00287918">
        <w:rPr>
          <w:rFonts w:ascii="Times New Roman" w:hAnsi="Times New Roman" w:cs="Times New Roman"/>
          <w:sz w:val="22"/>
        </w:rPr>
        <w:t>formación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más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87 000 </w:t>
      </w:r>
      <w:proofErr w:type="spellStart"/>
      <w:r w:rsidRPr="00287918">
        <w:rPr>
          <w:rFonts w:ascii="Times New Roman" w:hAnsi="Times New Roman" w:cs="Times New Roman"/>
          <w:sz w:val="22"/>
        </w:rPr>
        <w:t>docentes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en IA.</w:t>
      </w:r>
    </w:p>
    <w:p w14:paraId="20B6CA6B" w14:textId="77777777" w:rsidR="00D37D2D" w:rsidRPr="00287918" w:rsidRDefault="004519AB" w:rsidP="00287918">
      <w:pPr>
        <w:spacing w:line="360" w:lineRule="auto"/>
        <w:rPr>
          <w:rFonts w:ascii="Times New Roman" w:hAnsi="Times New Roman" w:cs="Times New Roman"/>
          <w:sz w:val="22"/>
        </w:rPr>
      </w:pPr>
      <w:bookmarkStart w:id="21" w:name="_Toc242217093"/>
      <w:r w:rsidRPr="00287918">
        <w:rPr>
          <w:rStyle w:val="Ttulo3Car"/>
          <w:rFonts w:cs="Times New Roman"/>
          <w:sz w:val="22"/>
        </w:rPr>
        <w:t xml:space="preserve">En </w:t>
      </w:r>
      <w:proofErr w:type="spellStart"/>
      <w:r w:rsidRPr="00287918">
        <w:rPr>
          <w:rStyle w:val="Ttulo3Car"/>
          <w:rFonts w:cs="Times New Roman"/>
          <w:sz w:val="22"/>
        </w:rPr>
        <w:t>salud</w:t>
      </w:r>
      <w:bookmarkEnd w:id="21"/>
      <w:proofErr w:type="spellEnd"/>
      <w:r w:rsidRPr="00287918">
        <w:rPr>
          <w:rFonts w:ascii="Times New Roman" w:hAnsi="Times New Roman" w:cs="Times New Roman"/>
          <w:sz w:val="22"/>
        </w:rPr>
        <w:t xml:space="preserve">, las </w:t>
      </w:r>
      <w:proofErr w:type="spellStart"/>
      <w:r w:rsidRPr="00287918">
        <w:rPr>
          <w:rFonts w:ascii="Times New Roman" w:hAnsi="Times New Roman" w:cs="Times New Roman"/>
          <w:sz w:val="22"/>
        </w:rPr>
        <w:t>posibilidades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incluyen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apoyo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al </w:t>
      </w:r>
      <w:proofErr w:type="spellStart"/>
      <w:r w:rsidRPr="00287918">
        <w:rPr>
          <w:rFonts w:ascii="Times New Roman" w:hAnsi="Times New Roman" w:cs="Times New Roman"/>
          <w:sz w:val="22"/>
        </w:rPr>
        <w:t>diagnóstico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por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imágenes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análisis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información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clínica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prevención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gestión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sanitaria. El Estado </w:t>
      </w:r>
      <w:proofErr w:type="spellStart"/>
      <w:r w:rsidRPr="00287918">
        <w:rPr>
          <w:rFonts w:ascii="Times New Roman" w:hAnsi="Times New Roman" w:cs="Times New Roman"/>
          <w:sz w:val="22"/>
        </w:rPr>
        <w:t>peruano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ha </w:t>
      </w:r>
      <w:proofErr w:type="spellStart"/>
      <w:r w:rsidRPr="00287918">
        <w:rPr>
          <w:rFonts w:ascii="Times New Roman" w:hAnsi="Times New Roman" w:cs="Times New Roman"/>
          <w:sz w:val="22"/>
        </w:rPr>
        <w:t>documentado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usos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beneficios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riesgos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desafíos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la IA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salud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pública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. En </w:t>
      </w:r>
      <w:proofErr w:type="spellStart"/>
      <w:r w:rsidRPr="00287918">
        <w:rPr>
          <w:rFonts w:ascii="Times New Roman" w:hAnsi="Times New Roman" w:cs="Times New Roman"/>
          <w:sz w:val="22"/>
        </w:rPr>
        <w:t>justicia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gobierno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también se </w:t>
      </w:r>
      <w:proofErr w:type="spellStart"/>
      <w:r w:rsidRPr="00287918">
        <w:rPr>
          <w:rFonts w:ascii="Times New Roman" w:hAnsi="Times New Roman" w:cs="Times New Roman"/>
          <w:sz w:val="22"/>
        </w:rPr>
        <w:t>desarrollan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pilotos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para </w:t>
      </w:r>
      <w:proofErr w:type="spellStart"/>
      <w:r w:rsidRPr="00287918">
        <w:rPr>
          <w:rFonts w:ascii="Times New Roman" w:hAnsi="Times New Roman" w:cs="Times New Roman"/>
          <w:sz w:val="22"/>
        </w:rPr>
        <w:t>apoyar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procesos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servicios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mientras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que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agricultura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conservación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ambiental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se </w:t>
      </w:r>
      <w:proofErr w:type="spellStart"/>
      <w:r w:rsidRPr="00287918">
        <w:rPr>
          <w:rFonts w:ascii="Times New Roman" w:hAnsi="Times New Roman" w:cs="Times New Roman"/>
          <w:sz w:val="22"/>
        </w:rPr>
        <w:t>exploran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soluciones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basadas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datos, </w:t>
      </w:r>
      <w:proofErr w:type="spellStart"/>
      <w:r w:rsidRPr="00287918">
        <w:rPr>
          <w:rFonts w:ascii="Times New Roman" w:hAnsi="Times New Roman" w:cs="Times New Roman"/>
          <w:sz w:val="22"/>
        </w:rPr>
        <w:t>visión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computacional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sistemas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inteligentes</w:t>
      </w:r>
      <w:proofErr w:type="spellEnd"/>
      <w:r w:rsidRPr="00287918">
        <w:rPr>
          <w:rFonts w:ascii="Times New Roman" w:hAnsi="Times New Roman" w:cs="Times New Roman"/>
          <w:sz w:val="22"/>
        </w:rPr>
        <w:t>.</w:t>
      </w:r>
    </w:p>
    <w:p w14:paraId="1F802BB0" w14:textId="77777777" w:rsidR="00D37D2D" w:rsidRPr="00287918" w:rsidRDefault="004519AB" w:rsidP="00287918">
      <w:pPr>
        <w:spacing w:line="360" w:lineRule="auto"/>
        <w:rPr>
          <w:rFonts w:ascii="Times New Roman" w:hAnsi="Times New Roman" w:cs="Times New Roman"/>
          <w:sz w:val="22"/>
        </w:rPr>
      </w:pPr>
      <w:r w:rsidRPr="00287918">
        <w:rPr>
          <w:rFonts w:ascii="Times New Roman" w:hAnsi="Times New Roman" w:cs="Times New Roman"/>
          <w:sz w:val="22"/>
        </w:rPr>
        <w:t xml:space="preserve">Los </w:t>
      </w:r>
      <w:proofErr w:type="spellStart"/>
      <w:r w:rsidRPr="00287918">
        <w:rPr>
          <w:rFonts w:ascii="Times New Roman" w:hAnsi="Times New Roman" w:cs="Times New Roman"/>
          <w:sz w:val="22"/>
        </w:rPr>
        <w:t>indicadores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internacionales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muestran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avances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287918">
        <w:rPr>
          <w:rFonts w:ascii="Times New Roman" w:hAnsi="Times New Roman" w:cs="Times New Roman"/>
          <w:sz w:val="22"/>
        </w:rPr>
        <w:t>Según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la PCM,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el </w:t>
      </w:r>
      <w:proofErr w:type="spellStart"/>
      <w:r w:rsidRPr="00287918">
        <w:rPr>
          <w:rFonts w:ascii="Times New Roman" w:hAnsi="Times New Roman" w:cs="Times New Roman"/>
          <w:sz w:val="22"/>
        </w:rPr>
        <w:t>Índice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Latinoamericano de </w:t>
      </w:r>
      <w:proofErr w:type="spellStart"/>
      <w:r w:rsidRPr="00287918">
        <w:rPr>
          <w:rFonts w:ascii="Times New Roman" w:hAnsi="Times New Roman" w:cs="Times New Roman"/>
          <w:sz w:val="22"/>
        </w:rPr>
        <w:t>Inteligencia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Artificial 2025 el Perú </w:t>
      </w:r>
      <w:proofErr w:type="spellStart"/>
      <w:r w:rsidRPr="00287918">
        <w:rPr>
          <w:rFonts w:ascii="Times New Roman" w:hAnsi="Times New Roman" w:cs="Times New Roman"/>
          <w:sz w:val="22"/>
        </w:rPr>
        <w:t>ocupó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el </w:t>
      </w:r>
      <w:proofErr w:type="spellStart"/>
      <w:r w:rsidRPr="00287918">
        <w:rPr>
          <w:rFonts w:ascii="Times New Roman" w:hAnsi="Times New Roman" w:cs="Times New Roman"/>
          <w:sz w:val="22"/>
        </w:rPr>
        <w:t>puesto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7 de la </w:t>
      </w:r>
      <w:proofErr w:type="spellStart"/>
      <w:r w:rsidRPr="00287918">
        <w:rPr>
          <w:rFonts w:ascii="Times New Roman" w:hAnsi="Times New Roman" w:cs="Times New Roman"/>
          <w:sz w:val="22"/>
        </w:rPr>
        <w:t>región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destacó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formación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STEM y </w:t>
      </w:r>
      <w:proofErr w:type="spellStart"/>
      <w:r w:rsidRPr="00287918">
        <w:rPr>
          <w:rFonts w:ascii="Times New Roman" w:hAnsi="Times New Roman" w:cs="Times New Roman"/>
          <w:sz w:val="22"/>
        </w:rPr>
        <w:t>uso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ciudadano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IA </w:t>
      </w:r>
      <w:proofErr w:type="spellStart"/>
      <w:r w:rsidRPr="00287918">
        <w:rPr>
          <w:rFonts w:ascii="Times New Roman" w:hAnsi="Times New Roman" w:cs="Times New Roman"/>
          <w:sz w:val="22"/>
        </w:rPr>
        <w:t>generativa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. En el </w:t>
      </w:r>
      <w:proofErr w:type="spellStart"/>
      <w:r w:rsidRPr="00287918">
        <w:rPr>
          <w:rFonts w:ascii="Times New Roman" w:hAnsi="Times New Roman" w:cs="Times New Roman"/>
          <w:sz w:val="22"/>
        </w:rPr>
        <w:t>Índice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Preparación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del </w:t>
      </w:r>
      <w:proofErr w:type="spellStart"/>
      <w:r w:rsidRPr="00287918">
        <w:rPr>
          <w:rFonts w:ascii="Times New Roman" w:hAnsi="Times New Roman" w:cs="Times New Roman"/>
          <w:sz w:val="22"/>
        </w:rPr>
        <w:t>Gobierno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para la IA 2024 </w:t>
      </w:r>
      <w:proofErr w:type="spellStart"/>
      <w:r w:rsidRPr="00287918">
        <w:rPr>
          <w:rFonts w:ascii="Times New Roman" w:hAnsi="Times New Roman" w:cs="Times New Roman"/>
          <w:sz w:val="22"/>
        </w:rPr>
        <w:t>obtuvo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57,11 puntos y </w:t>
      </w:r>
      <w:proofErr w:type="spellStart"/>
      <w:r w:rsidRPr="00287918">
        <w:rPr>
          <w:rFonts w:ascii="Times New Roman" w:hAnsi="Times New Roman" w:cs="Times New Roman"/>
          <w:sz w:val="22"/>
        </w:rPr>
        <w:t>ocupó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el </w:t>
      </w:r>
      <w:proofErr w:type="spellStart"/>
      <w:r w:rsidRPr="00287918">
        <w:rPr>
          <w:rFonts w:ascii="Times New Roman" w:hAnsi="Times New Roman" w:cs="Times New Roman"/>
          <w:sz w:val="22"/>
        </w:rPr>
        <w:t>puesto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60 de 188 </w:t>
      </w:r>
      <w:proofErr w:type="spellStart"/>
      <w:r w:rsidRPr="00287918">
        <w:rPr>
          <w:rFonts w:ascii="Times New Roman" w:hAnsi="Times New Roman" w:cs="Times New Roman"/>
          <w:sz w:val="22"/>
        </w:rPr>
        <w:t>países</w:t>
      </w:r>
      <w:proofErr w:type="spellEnd"/>
      <w:r w:rsidRPr="00287918">
        <w:rPr>
          <w:rFonts w:ascii="Times New Roman" w:hAnsi="Times New Roman" w:cs="Times New Roman"/>
          <w:sz w:val="22"/>
        </w:rPr>
        <w:t>.</w:t>
      </w:r>
    </w:p>
    <w:p w14:paraId="4B9AACCC" w14:textId="77777777" w:rsidR="008458FB" w:rsidRPr="00287918" w:rsidRDefault="008458FB" w:rsidP="00287918">
      <w:pPr>
        <w:spacing w:line="360" w:lineRule="auto"/>
        <w:rPr>
          <w:rFonts w:ascii="Times New Roman" w:hAnsi="Times New Roman" w:cs="Times New Roman"/>
          <w:sz w:val="22"/>
        </w:rPr>
      </w:pPr>
      <w:r w:rsidRPr="00287918">
        <w:rPr>
          <w:rFonts w:ascii="Times New Roman" w:hAnsi="Times New Roman" w:cs="Times New Roman"/>
          <w:sz w:val="22"/>
        </w:rPr>
        <w:br w:type="page"/>
      </w:r>
    </w:p>
    <w:p w14:paraId="4CE74B37" w14:textId="77777777" w:rsidR="008458FB" w:rsidRPr="00287918" w:rsidRDefault="004519AB" w:rsidP="00287918">
      <w:pPr>
        <w:pStyle w:val="Ttulo1"/>
        <w:rPr>
          <w:rFonts w:cs="Times New Roman"/>
          <w:sz w:val="22"/>
          <w:szCs w:val="22"/>
        </w:rPr>
      </w:pPr>
      <w:bookmarkStart w:id="22" w:name="_Toc242094277"/>
      <w:bookmarkStart w:id="23" w:name="_Toc242217094"/>
      <w:r w:rsidRPr="00287918">
        <w:rPr>
          <w:rFonts w:cs="Times New Roman"/>
          <w:sz w:val="22"/>
          <w:szCs w:val="22"/>
        </w:rPr>
        <w:lastRenderedPageBreak/>
        <w:t>CAPÍTULO III.</w:t>
      </w:r>
      <w:bookmarkEnd w:id="22"/>
      <w:bookmarkEnd w:id="23"/>
      <w:r w:rsidRPr="00287918">
        <w:rPr>
          <w:rFonts w:cs="Times New Roman"/>
          <w:sz w:val="22"/>
          <w:szCs w:val="22"/>
        </w:rPr>
        <w:t xml:space="preserve"> </w:t>
      </w:r>
    </w:p>
    <w:p w14:paraId="1318B6FD" w14:textId="07E3E57B" w:rsidR="00D37D2D" w:rsidRPr="00287918" w:rsidRDefault="004519AB" w:rsidP="00287918">
      <w:pPr>
        <w:pStyle w:val="Ttulo1"/>
        <w:rPr>
          <w:rFonts w:cs="Times New Roman"/>
          <w:sz w:val="22"/>
          <w:szCs w:val="22"/>
        </w:rPr>
      </w:pPr>
      <w:bookmarkStart w:id="24" w:name="_Toc242094278"/>
      <w:bookmarkStart w:id="25" w:name="_Toc242217095"/>
      <w:r w:rsidRPr="00287918">
        <w:rPr>
          <w:rFonts w:cs="Times New Roman"/>
          <w:sz w:val="22"/>
          <w:szCs w:val="22"/>
        </w:rPr>
        <w:t>OPORTUNIDADES, RIESGOS Y PERSPECTIVAS</w:t>
      </w:r>
      <w:bookmarkEnd w:id="24"/>
      <w:bookmarkEnd w:id="25"/>
    </w:p>
    <w:p w14:paraId="3630B64B" w14:textId="0165EC91" w:rsidR="00D37D2D" w:rsidRPr="00287918" w:rsidRDefault="008458FB" w:rsidP="00287918">
      <w:pPr>
        <w:spacing w:line="360" w:lineRule="auto"/>
        <w:rPr>
          <w:rFonts w:ascii="Times New Roman" w:hAnsi="Times New Roman" w:cs="Times New Roman"/>
          <w:sz w:val="22"/>
        </w:rPr>
      </w:pPr>
      <w:bookmarkStart w:id="26" w:name="_Toc242217096"/>
      <w:bookmarkStart w:id="27" w:name="_Toc242094279"/>
      <w:r w:rsidRPr="00287918">
        <w:rPr>
          <w:rStyle w:val="Ttulo2Car"/>
          <w:rFonts w:cs="Times New Roman"/>
          <w:sz w:val="22"/>
          <w:szCs w:val="22"/>
        </w:rPr>
        <w:t xml:space="preserve">ENTRE LAS </w:t>
      </w:r>
      <w:proofErr w:type="gramStart"/>
      <w:r w:rsidRPr="00287918">
        <w:rPr>
          <w:rStyle w:val="Ttulo2Car"/>
          <w:rFonts w:cs="Times New Roman"/>
          <w:sz w:val="22"/>
          <w:szCs w:val="22"/>
        </w:rPr>
        <w:t>OPORTUNIDADES</w:t>
      </w:r>
      <w:bookmarkEnd w:id="26"/>
      <w:r w:rsidRPr="00287918">
        <w:rPr>
          <w:rFonts w:ascii="Times New Roman" w:hAnsi="Times New Roman" w:cs="Times New Roman"/>
          <w:sz w:val="22"/>
        </w:rPr>
        <w:t>,</w:t>
      </w:r>
      <w:bookmarkEnd w:id="27"/>
      <w:r w:rsidRPr="00287918">
        <w:rPr>
          <w:rFonts w:ascii="Times New Roman" w:hAnsi="Times New Roman" w:cs="Times New Roman"/>
          <w:sz w:val="22"/>
        </w:rPr>
        <w:t xml:space="preserve">  </w:t>
      </w:r>
      <w:proofErr w:type="spellStart"/>
      <w:r w:rsidRPr="00287918">
        <w:rPr>
          <w:rFonts w:ascii="Times New Roman" w:hAnsi="Times New Roman" w:cs="Times New Roman"/>
          <w:sz w:val="22"/>
        </w:rPr>
        <w:t>destacan</w:t>
      </w:r>
      <w:proofErr w:type="spellEnd"/>
      <w:proofErr w:type="gramEnd"/>
      <w:r w:rsidRPr="00287918">
        <w:rPr>
          <w:rFonts w:ascii="Times New Roman" w:hAnsi="Times New Roman" w:cs="Times New Roman"/>
          <w:sz w:val="22"/>
        </w:rPr>
        <w:t xml:space="preserve"> el </w:t>
      </w:r>
      <w:proofErr w:type="spellStart"/>
      <w:r w:rsidRPr="00287918">
        <w:rPr>
          <w:rFonts w:ascii="Times New Roman" w:hAnsi="Times New Roman" w:cs="Times New Roman"/>
          <w:sz w:val="22"/>
        </w:rPr>
        <w:t>aumento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la </w:t>
      </w:r>
      <w:proofErr w:type="spellStart"/>
      <w:r w:rsidRPr="00287918">
        <w:rPr>
          <w:rFonts w:ascii="Times New Roman" w:hAnsi="Times New Roman" w:cs="Times New Roman"/>
          <w:sz w:val="22"/>
        </w:rPr>
        <w:t>productividad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la </w:t>
      </w:r>
      <w:proofErr w:type="spellStart"/>
      <w:r w:rsidRPr="00287918">
        <w:rPr>
          <w:rFonts w:ascii="Times New Roman" w:hAnsi="Times New Roman" w:cs="Times New Roman"/>
          <w:sz w:val="22"/>
        </w:rPr>
        <w:t>automatización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tareas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repetitivas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la </w:t>
      </w:r>
      <w:proofErr w:type="spellStart"/>
      <w:r w:rsidRPr="00287918">
        <w:rPr>
          <w:rFonts w:ascii="Times New Roman" w:hAnsi="Times New Roman" w:cs="Times New Roman"/>
          <w:sz w:val="22"/>
        </w:rPr>
        <w:t>personalización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educativa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la </w:t>
      </w:r>
      <w:proofErr w:type="spellStart"/>
      <w:r w:rsidRPr="00287918">
        <w:rPr>
          <w:rFonts w:ascii="Times New Roman" w:hAnsi="Times New Roman" w:cs="Times New Roman"/>
          <w:sz w:val="22"/>
        </w:rPr>
        <w:t>mejora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servicios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públicos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el </w:t>
      </w:r>
      <w:proofErr w:type="spellStart"/>
      <w:r w:rsidRPr="00287918">
        <w:rPr>
          <w:rFonts w:ascii="Times New Roman" w:hAnsi="Times New Roman" w:cs="Times New Roman"/>
          <w:sz w:val="22"/>
        </w:rPr>
        <w:t>apoyo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a la </w:t>
      </w:r>
      <w:proofErr w:type="spellStart"/>
      <w:r w:rsidRPr="00287918">
        <w:rPr>
          <w:rFonts w:ascii="Times New Roman" w:hAnsi="Times New Roman" w:cs="Times New Roman"/>
          <w:sz w:val="22"/>
        </w:rPr>
        <w:t>investigación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. Para el Perú, la IA también </w:t>
      </w:r>
      <w:proofErr w:type="spellStart"/>
      <w:r w:rsidRPr="00287918">
        <w:rPr>
          <w:rFonts w:ascii="Times New Roman" w:hAnsi="Times New Roman" w:cs="Times New Roman"/>
          <w:sz w:val="22"/>
        </w:rPr>
        <w:t>puede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contribuir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gramStart"/>
      <w:r w:rsidRPr="00287918">
        <w:rPr>
          <w:rFonts w:ascii="Times New Roman" w:hAnsi="Times New Roman" w:cs="Times New Roman"/>
          <w:sz w:val="22"/>
        </w:rPr>
        <w:t>a</w:t>
      </w:r>
      <w:proofErr w:type="gram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enfrentar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problemas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relacionados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con </w:t>
      </w:r>
      <w:proofErr w:type="spellStart"/>
      <w:r w:rsidRPr="00287918">
        <w:rPr>
          <w:rFonts w:ascii="Times New Roman" w:hAnsi="Times New Roman" w:cs="Times New Roman"/>
          <w:sz w:val="22"/>
        </w:rPr>
        <w:t>educación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salud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agricultura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gestión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pública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conservación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recursos</w:t>
      </w:r>
      <w:proofErr w:type="spellEnd"/>
      <w:r w:rsidRPr="00287918">
        <w:rPr>
          <w:rFonts w:ascii="Times New Roman" w:hAnsi="Times New Roman" w:cs="Times New Roman"/>
          <w:sz w:val="22"/>
        </w:rPr>
        <w:t>.</w:t>
      </w:r>
    </w:p>
    <w:p w14:paraId="05CE1F6F" w14:textId="77777777" w:rsidR="00D37D2D" w:rsidRPr="00287918" w:rsidRDefault="004519AB" w:rsidP="00287918">
      <w:pPr>
        <w:spacing w:line="360" w:lineRule="auto"/>
        <w:rPr>
          <w:rFonts w:ascii="Times New Roman" w:hAnsi="Times New Roman" w:cs="Times New Roman"/>
          <w:sz w:val="22"/>
        </w:rPr>
      </w:pPr>
      <w:r w:rsidRPr="00287918">
        <w:rPr>
          <w:rFonts w:ascii="Times New Roman" w:hAnsi="Times New Roman" w:cs="Times New Roman"/>
          <w:sz w:val="22"/>
        </w:rPr>
        <w:t xml:space="preserve">Sin embargo, </w:t>
      </w:r>
      <w:proofErr w:type="spellStart"/>
      <w:r w:rsidRPr="00287918">
        <w:rPr>
          <w:rFonts w:ascii="Times New Roman" w:hAnsi="Times New Roman" w:cs="Times New Roman"/>
          <w:sz w:val="22"/>
        </w:rPr>
        <w:t>existen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riesgos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. La </w:t>
      </w:r>
      <w:proofErr w:type="spellStart"/>
      <w:r w:rsidRPr="00287918">
        <w:rPr>
          <w:rFonts w:ascii="Times New Roman" w:hAnsi="Times New Roman" w:cs="Times New Roman"/>
          <w:sz w:val="22"/>
        </w:rPr>
        <w:t>información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generada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por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IA </w:t>
      </w:r>
      <w:proofErr w:type="spellStart"/>
      <w:r w:rsidRPr="00287918">
        <w:rPr>
          <w:rFonts w:ascii="Times New Roman" w:hAnsi="Times New Roman" w:cs="Times New Roman"/>
          <w:sz w:val="22"/>
        </w:rPr>
        <w:t>puede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contener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errores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; </w:t>
      </w:r>
      <w:proofErr w:type="spellStart"/>
      <w:r w:rsidRPr="00287918">
        <w:rPr>
          <w:rFonts w:ascii="Times New Roman" w:hAnsi="Times New Roman" w:cs="Times New Roman"/>
          <w:sz w:val="22"/>
        </w:rPr>
        <w:t>los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modelos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pueden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reproducir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sesgos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; el </w:t>
      </w:r>
      <w:proofErr w:type="spellStart"/>
      <w:r w:rsidRPr="00287918">
        <w:rPr>
          <w:rFonts w:ascii="Times New Roman" w:hAnsi="Times New Roman" w:cs="Times New Roman"/>
          <w:sz w:val="22"/>
        </w:rPr>
        <w:t>uso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datos </w:t>
      </w:r>
      <w:proofErr w:type="spellStart"/>
      <w:r w:rsidRPr="00287918">
        <w:rPr>
          <w:rFonts w:ascii="Times New Roman" w:hAnsi="Times New Roman" w:cs="Times New Roman"/>
          <w:sz w:val="22"/>
        </w:rPr>
        <w:t>personales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puede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afectar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la </w:t>
      </w:r>
      <w:proofErr w:type="spellStart"/>
      <w:r w:rsidRPr="00287918">
        <w:rPr>
          <w:rFonts w:ascii="Times New Roman" w:hAnsi="Times New Roman" w:cs="Times New Roman"/>
          <w:sz w:val="22"/>
        </w:rPr>
        <w:t>privacidad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; y </w:t>
      </w:r>
      <w:proofErr w:type="spellStart"/>
      <w:r w:rsidRPr="00287918">
        <w:rPr>
          <w:rFonts w:ascii="Times New Roman" w:hAnsi="Times New Roman" w:cs="Times New Roman"/>
          <w:sz w:val="22"/>
        </w:rPr>
        <w:t>una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dependencia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excesiva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puede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reducir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el </w:t>
      </w:r>
      <w:proofErr w:type="spellStart"/>
      <w:r w:rsidRPr="00287918">
        <w:rPr>
          <w:rFonts w:ascii="Times New Roman" w:hAnsi="Times New Roman" w:cs="Times New Roman"/>
          <w:sz w:val="22"/>
        </w:rPr>
        <w:t>pensamiento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crítico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287918">
        <w:rPr>
          <w:rFonts w:ascii="Times New Roman" w:hAnsi="Times New Roman" w:cs="Times New Roman"/>
          <w:sz w:val="22"/>
        </w:rPr>
        <w:t>Además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la </w:t>
      </w:r>
      <w:proofErr w:type="spellStart"/>
      <w:r w:rsidRPr="00287918">
        <w:rPr>
          <w:rFonts w:ascii="Times New Roman" w:hAnsi="Times New Roman" w:cs="Times New Roman"/>
          <w:sz w:val="22"/>
        </w:rPr>
        <w:t>brecha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conectividad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puede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generar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desigualdades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entre zonas </w:t>
      </w:r>
      <w:proofErr w:type="spellStart"/>
      <w:r w:rsidRPr="00287918">
        <w:rPr>
          <w:rFonts w:ascii="Times New Roman" w:hAnsi="Times New Roman" w:cs="Times New Roman"/>
          <w:sz w:val="22"/>
        </w:rPr>
        <w:t>urbanas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rurales. Por </w:t>
      </w:r>
      <w:proofErr w:type="spellStart"/>
      <w:r w:rsidRPr="00287918">
        <w:rPr>
          <w:rFonts w:ascii="Times New Roman" w:hAnsi="Times New Roman" w:cs="Times New Roman"/>
          <w:sz w:val="22"/>
        </w:rPr>
        <w:t>ello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la </w:t>
      </w:r>
      <w:proofErr w:type="spellStart"/>
      <w:r w:rsidRPr="00287918">
        <w:rPr>
          <w:rFonts w:ascii="Times New Roman" w:hAnsi="Times New Roman" w:cs="Times New Roman"/>
          <w:sz w:val="22"/>
        </w:rPr>
        <w:t>capacitación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la </w:t>
      </w:r>
      <w:proofErr w:type="spellStart"/>
      <w:r w:rsidRPr="00287918">
        <w:rPr>
          <w:rFonts w:ascii="Times New Roman" w:hAnsi="Times New Roman" w:cs="Times New Roman"/>
          <w:sz w:val="22"/>
        </w:rPr>
        <w:t>supervisión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humana son </w:t>
      </w:r>
      <w:proofErr w:type="spellStart"/>
      <w:r w:rsidRPr="00287918">
        <w:rPr>
          <w:rFonts w:ascii="Times New Roman" w:hAnsi="Times New Roman" w:cs="Times New Roman"/>
          <w:sz w:val="22"/>
        </w:rPr>
        <w:t>fundamentales</w:t>
      </w:r>
      <w:proofErr w:type="spellEnd"/>
      <w:r w:rsidRPr="00287918">
        <w:rPr>
          <w:rFonts w:ascii="Times New Roman" w:hAnsi="Times New Roman" w:cs="Times New Roman"/>
          <w:sz w:val="22"/>
        </w:rPr>
        <w:t>.</w:t>
      </w:r>
    </w:p>
    <w:p w14:paraId="4F98A40A" w14:textId="77777777" w:rsidR="00D37D2D" w:rsidRPr="00287918" w:rsidRDefault="004519AB" w:rsidP="00287918">
      <w:pPr>
        <w:spacing w:line="360" w:lineRule="auto"/>
        <w:rPr>
          <w:rFonts w:ascii="Times New Roman" w:hAnsi="Times New Roman" w:cs="Times New Roman"/>
          <w:sz w:val="22"/>
        </w:rPr>
      </w:pPr>
      <w:proofErr w:type="spellStart"/>
      <w:r w:rsidRPr="00287918">
        <w:rPr>
          <w:rFonts w:ascii="Times New Roman" w:hAnsi="Times New Roman" w:cs="Times New Roman"/>
          <w:sz w:val="22"/>
        </w:rPr>
        <w:t>Resumen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los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capítulos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II y III: El Perú </w:t>
      </w:r>
      <w:proofErr w:type="spellStart"/>
      <w:r w:rsidRPr="00287918">
        <w:rPr>
          <w:rFonts w:ascii="Times New Roman" w:hAnsi="Times New Roman" w:cs="Times New Roman"/>
          <w:sz w:val="22"/>
        </w:rPr>
        <w:t>ya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utiliza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experimenta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con IA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sectores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estratégicos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pero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el </w:t>
      </w:r>
      <w:proofErr w:type="spellStart"/>
      <w:r w:rsidRPr="00287918">
        <w:rPr>
          <w:rFonts w:ascii="Times New Roman" w:hAnsi="Times New Roman" w:cs="Times New Roman"/>
          <w:sz w:val="22"/>
        </w:rPr>
        <w:t>éxito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esta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transformación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dependerá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combinar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innovación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con </w:t>
      </w:r>
      <w:proofErr w:type="spellStart"/>
      <w:r w:rsidRPr="00287918">
        <w:rPr>
          <w:rFonts w:ascii="Times New Roman" w:hAnsi="Times New Roman" w:cs="Times New Roman"/>
          <w:sz w:val="22"/>
        </w:rPr>
        <w:t>infraestructura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talento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datos de </w:t>
      </w:r>
      <w:proofErr w:type="spellStart"/>
      <w:r w:rsidRPr="00287918">
        <w:rPr>
          <w:rFonts w:ascii="Times New Roman" w:hAnsi="Times New Roman" w:cs="Times New Roman"/>
          <w:sz w:val="22"/>
        </w:rPr>
        <w:t>calidad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ética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ciberseguridad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protección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derechos.</w:t>
      </w:r>
    </w:p>
    <w:p w14:paraId="2DD9EEBF" w14:textId="77777777" w:rsidR="00D37D2D" w:rsidRPr="00287918" w:rsidRDefault="004519AB" w:rsidP="00287918">
      <w:pPr>
        <w:spacing w:line="360" w:lineRule="auto"/>
        <w:rPr>
          <w:rFonts w:ascii="Times New Roman" w:hAnsi="Times New Roman" w:cs="Times New Roman"/>
          <w:sz w:val="22"/>
        </w:rPr>
      </w:pPr>
      <w:r w:rsidRPr="00287918">
        <w:rPr>
          <w:rFonts w:ascii="Times New Roman" w:hAnsi="Times New Roman" w:cs="Times New Roman"/>
          <w:sz w:val="22"/>
        </w:rPr>
        <w:br w:type="page"/>
      </w:r>
    </w:p>
    <w:p w14:paraId="1CA8EA6F" w14:textId="77777777" w:rsidR="00D37D2D" w:rsidRPr="00287918" w:rsidRDefault="004519AB" w:rsidP="00287918">
      <w:pPr>
        <w:pStyle w:val="Ttulo1"/>
        <w:rPr>
          <w:rFonts w:cs="Times New Roman"/>
          <w:sz w:val="22"/>
          <w:szCs w:val="22"/>
        </w:rPr>
      </w:pPr>
      <w:bookmarkStart w:id="28" w:name="_Toc242094280"/>
      <w:bookmarkStart w:id="29" w:name="_Toc242217097"/>
      <w:r w:rsidRPr="00287918">
        <w:rPr>
          <w:rFonts w:cs="Times New Roman"/>
          <w:sz w:val="22"/>
          <w:szCs w:val="22"/>
        </w:rPr>
        <w:lastRenderedPageBreak/>
        <w:t>CONCLUSIONES</w:t>
      </w:r>
      <w:bookmarkEnd w:id="28"/>
      <w:bookmarkEnd w:id="29"/>
    </w:p>
    <w:p w14:paraId="17365E06" w14:textId="77777777" w:rsidR="00D37D2D" w:rsidRPr="00287918" w:rsidRDefault="004519AB" w:rsidP="00287918">
      <w:pPr>
        <w:spacing w:line="360" w:lineRule="auto"/>
        <w:rPr>
          <w:rFonts w:ascii="Times New Roman" w:hAnsi="Times New Roman" w:cs="Times New Roman"/>
          <w:sz w:val="22"/>
        </w:rPr>
      </w:pPr>
      <w:bookmarkStart w:id="30" w:name="_Toc242094281"/>
      <w:r w:rsidRPr="00287918">
        <w:rPr>
          <w:rFonts w:ascii="Times New Roman" w:hAnsi="Times New Roman" w:cs="Times New Roman"/>
          <w:sz w:val="22"/>
        </w:rPr>
        <w:t xml:space="preserve">1. La </w:t>
      </w:r>
      <w:proofErr w:type="spellStart"/>
      <w:r w:rsidRPr="00287918">
        <w:rPr>
          <w:rFonts w:ascii="Times New Roman" w:hAnsi="Times New Roman" w:cs="Times New Roman"/>
          <w:sz w:val="22"/>
        </w:rPr>
        <w:t>inteligencia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artificial</w:t>
      </w:r>
      <w:bookmarkEnd w:id="30"/>
      <w:r w:rsidRPr="00287918">
        <w:rPr>
          <w:rFonts w:ascii="Times New Roman" w:hAnsi="Times New Roman" w:cs="Times New Roman"/>
          <w:sz w:val="22"/>
        </w:rPr>
        <w:t xml:space="preserve"> ha </w:t>
      </w:r>
      <w:proofErr w:type="spellStart"/>
      <w:r w:rsidRPr="00287918">
        <w:rPr>
          <w:rFonts w:ascii="Times New Roman" w:hAnsi="Times New Roman" w:cs="Times New Roman"/>
          <w:sz w:val="22"/>
        </w:rPr>
        <w:t>adquirido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una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importancia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creciente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el Perú </w:t>
      </w:r>
      <w:proofErr w:type="spellStart"/>
      <w:r w:rsidRPr="00287918">
        <w:rPr>
          <w:rFonts w:ascii="Times New Roman" w:hAnsi="Times New Roman" w:cs="Times New Roman"/>
          <w:sz w:val="22"/>
        </w:rPr>
        <w:t>durante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los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últimos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años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pasó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ser </w:t>
      </w:r>
      <w:proofErr w:type="spellStart"/>
      <w:r w:rsidRPr="00287918">
        <w:rPr>
          <w:rFonts w:ascii="Times New Roman" w:hAnsi="Times New Roman" w:cs="Times New Roman"/>
          <w:sz w:val="22"/>
        </w:rPr>
        <w:t>principalmente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un </w:t>
      </w:r>
      <w:proofErr w:type="spellStart"/>
      <w:r w:rsidRPr="00287918">
        <w:rPr>
          <w:rFonts w:ascii="Times New Roman" w:hAnsi="Times New Roman" w:cs="Times New Roman"/>
          <w:sz w:val="22"/>
        </w:rPr>
        <w:t>tema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tecnológico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a </w:t>
      </w:r>
      <w:proofErr w:type="spellStart"/>
      <w:r w:rsidRPr="00287918">
        <w:rPr>
          <w:rFonts w:ascii="Times New Roman" w:hAnsi="Times New Roman" w:cs="Times New Roman"/>
          <w:sz w:val="22"/>
        </w:rPr>
        <w:t>convertirse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una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prioridad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transformación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digital y </w:t>
      </w:r>
      <w:proofErr w:type="spellStart"/>
      <w:r w:rsidRPr="00287918">
        <w:rPr>
          <w:rFonts w:ascii="Times New Roman" w:hAnsi="Times New Roman" w:cs="Times New Roman"/>
          <w:sz w:val="22"/>
        </w:rPr>
        <w:t>desarrollo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nacional</w:t>
      </w:r>
      <w:proofErr w:type="spellEnd"/>
      <w:r w:rsidRPr="00287918">
        <w:rPr>
          <w:rFonts w:ascii="Times New Roman" w:hAnsi="Times New Roman" w:cs="Times New Roman"/>
          <w:sz w:val="22"/>
        </w:rPr>
        <w:t>.</w:t>
      </w:r>
    </w:p>
    <w:p w14:paraId="1BC1BA6A" w14:textId="77777777" w:rsidR="00D37D2D" w:rsidRPr="00287918" w:rsidRDefault="004519AB" w:rsidP="00287918">
      <w:pPr>
        <w:spacing w:line="360" w:lineRule="auto"/>
        <w:rPr>
          <w:rFonts w:ascii="Times New Roman" w:hAnsi="Times New Roman" w:cs="Times New Roman"/>
          <w:sz w:val="22"/>
        </w:rPr>
      </w:pPr>
      <w:bookmarkStart w:id="31" w:name="_Toc242094282"/>
      <w:r w:rsidRPr="00287918">
        <w:rPr>
          <w:rFonts w:ascii="Times New Roman" w:hAnsi="Times New Roman" w:cs="Times New Roman"/>
          <w:sz w:val="22"/>
        </w:rPr>
        <w:t>2. La Ley</w:t>
      </w:r>
      <w:bookmarkEnd w:id="31"/>
      <w:r w:rsidRPr="00287918">
        <w:rPr>
          <w:rFonts w:ascii="Times New Roman" w:hAnsi="Times New Roman" w:cs="Times New Roman"/>
          <w:sz w:val="22"/>
        </w:rPr>
        <w:t xml:space="preserve"> N.° 31814, </w:t>
      </w:r>
      <w:proofErr w:type="spellStart"/>
      <w:r w:rsidRPr="00287918">
        <w:rPr>
          <w:rFonts w:ascii="Times New Roman" w:hAnsi="Times New Roman" w:cs="Times New Roman"/>
          <w:sz w:val="22"/>
        </w:rPr>
        <w:t>aprobada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2023, y </w:t>
      </w:r>
      <w:proofErr w:type="spellStart"/>
      <w:r w:rsidRPr="00287918">
        <w:rPr>
          <w:rFonts w:ascii="Times New Roman" w:hAnsi="Times New Roman" w:cs="Times New Roman"/>
          <w:sz w:val="22"/>
        </w:rPr>
        <w:t>su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reglamento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2025 </w:t>
      </w:r>
      <w:proofErr w:type="spellStart"/>
      <w:r w:rsidRPr="00287918">
        <w:rPr>
          <w:rFonts w:ascii="Times New Roman" w:hAnsi="Times New Roman" w:cs="Times New Roman"/>
          <w:sz w:val="22"/>
        </w:rPr>
        <w:t>constituyen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bases </w:t>
      </w:r>
      <w:proofErr w:type="spellStart"/>
      <w:r w:rsidRPr="00287918">
        <w:rPr>
          <w:rFonts w:ascii="Times New Roman" w:hAnsi="Times New Roman" w:cs="Times New Roman"/>
          <w:sz w:val="22"/>
        </w:rPr>
        <w:t>importantes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para </w:t>
      </w:r>
      <w:proofErr w:type="spellStart"/>
      <w:r w:rsidRPr="00287918">
        <w:rPr>
          <w:rFonts w:ascii="Times New Roman" w:hAnsi="Times New Roman" w:cs="Times New Roman"/>
          <w:sz w:val="22"/>
        </w:rPr>
        <w:t>orientar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el </w:t>
      </w:r>
      <w:proofErr w:type="spellStart"/>
      <w:r w:rsidRPr="00287918">
        <w:rPr>
          <w:rFonts w:ascii="Times New Roman" w:hAnsi="Times New Roman" w:cs="Times New Roman"/>
          <w:sz w:val="22"/>
        </w:rPr>
        <w:t>desarrollo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uso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responsable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la IA, con </w:t>
      </w:r>
      <w:proofErr w:type="spellStart"/>
      <w:r w:rsidRPr="00287918">
        <w:rPr>
          <w:rFonts w:ascii="Times New Roman" w:hAnsi="Times New Roman" w:cs="Times New Roman"/>
          <w:sz w:val="22"/>
        </w:rPr>
        <w:t>énfasis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seguridad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ética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transparencia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derechos </w:t>
      </w:r>
      <w:proofErr w:type="spellStart"/>
      <w:r w:rsidRPr="00287918">
        <w:rPr>
          <w:rFonts w:ascii="Times New Roman" w:hAnsi="Times New Roman" w:cs="Times New Roman"/>
          <w:sz w:val="22"/>
        </w:rPr>
        <w:t>humanos</w:t>
      </w:r>
      <w:proofErr w:type="spellEnd"/>
      <w:r w:rsidRPr="00287918">
        <w:rPr>
          <w:rFonts w:ascii="Times New Roman" w:hAnsi="Times New Roman" w:cs="Times New Roman"/>
          <w:sz w:val="22"/>
        </w:rPr>
        <w:t>.</w:t>
      </w:r>
    </w:p>
    <w:p w14:paraId="72192AC1" w14:textId="77777777" w:rsidR="00D37D2D" w:rsidRPr="00287918" w:rsidRDefault="004519AB" w:rsidP="00287918">
      <w:pPr>
        <w:spacing w:line="360" w:lineRule="auto"/>
        <w:rPr>
          <w:rFonts w:ascii="Times New Roman" w:hAnsi="Times New Roman" w:cs="Times New Roman"/>
          <w:sz w:val="22"/>
        </w:rPr>
      </w:pPr>
      <w:r w:rsidRPr="00287918">
        <w:rPr>
          <w:rFonts w:ascii="Times New Roman" w:hAnsi="Times New Roman" w:cs="Times New Roman"/>
          <w:sz w:val="22"/>
        </w:rPr>
        <w:t xml:space="preserve">3. La IA </w:t>
      </w:r>
      <w:proofErr w:type="spellStart"/>
      <w:r w:rsidRPr="00287918">
        <w:rPr>
          <w:rFonts w:ascii="Times New Roman" w:hAnsi="Times New Roman" w:cs="Times New Roman"/>
          <w:sz w:val="22"/>
        </w:rPr>
        <w:t>ofrece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oportunidades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concretas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para la </w:t>
      </w:r>
      <w:proofErr w:type="spellStart"/>
      <w:r w:rsidRPr="00287918">
        <w:rPr>
          <w:rFonts w:ascii="Times New Roman" w:hAnsi="Times New Roman" w:cs="Times New Roman"/>
          <w:sz w:val="22"/>
        </w:rPr>
        <w:t>educación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salud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justicia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agricultura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servicios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públicos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emprendimiento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; sin embargo, sus </w:t>
      </w:r>
      <w:proofErr w:type="spellStart"/>
      <w:r w:rsidRPr="00287918">
        <w:rPr>
          <w:rFonts w:ascii="Times New Roman" w:hAnsi="Times New Roman" w:cs="Times New Roman"/>
          <w:sz w:val="22"/>
        </w:rPr>
        <w:t>beneficios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dependen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la </w:t>
      </w:r>
      <w:proofErr w:type="spellStart"/>
      <w:r w:rsidRPr="00287918">
        <w:rPr>
          <w:rFonts w:ascii="Times New Roman" w:hAnsi="Times New Roman" w:cs="Times New Roman"/>
          <w:sz w:val="22"/>
        </w:rPr>
        <w:t>disponibilidad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infraestructura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datos y </w:t>
      </w:r>
      <w:proofErr w:type="spellStart"/>
      <w:r w:rsidRPr="00287918">
        <w:rPr>
          <w:rFonts w:ascii="Times New Roman" w:hAnsi="Times New Roman" w:cs="Times New Roman"/>
          <w:sz w:val="22"/>
        </w:rPr>
        <w:t>profesionales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capacitados</w:t>
      </w:r>
      <w:proofErr w:type="spellEnd"/>
      <w:r w:rsidRPr="00287918">
        <w:rPr>
          <w:rFonts w:ascii="Times New Roman" w:hAnsi="Times New Roman" w:cs="Times New Roman"/>
          <w:sz w:val="22"/>
        </w:rPr>
        <w:t>.</w:t>
      </w:r>
    </w:p>
    <w:p w14:paraId="4A8A1B6F" w14:textId="77777777" w:rsidR="00D37D2D" w:rsidRPr="00287918" w:rsidRDefault="004519AB" w:rsidP="00287918">
      <w:pPr>
        <w:spacing w:line="360" w:lineRule="auto"/>
        <w:rPr>
          <w:rFonts w:ascii="Times New Roman" w:hAnsi="Times New Roman" w:cs="Times New Roman"/>
          <w:sz w:val="22"/>
        </w:rPr>
      </w:pPr>
      <w:bookmarkStart w:id="32" w:name="_Toc242094283"/>
      <w:r w:rsidRPr="00287918">
        <w:rPr>
          <w:rFonts w:ascii="Times New Roman" w:hAnsi="Times New Roman" w:cs="Times New Roman"/>
          <w:sz w:val="22"/>
        </w:rPr>
        <w:t>4. El principal</w:t>
      </w:r>
      <w:bookmarkEnd w:id="32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desafío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peruano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consiste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reducir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la </w:t>
      </w:r>
      <w:proofErr w:type="spellStart"/>
      <w:r w:rsidRPr="00287918">
        <w:rPr>
          <w:rFonts w:ascii="Times New Roman" w:hAnsi="Times New Roman" w:cs="Times New Roman"/>
          <w:sz w:val="22"/>
        </w:rPr>
        <w:t>brecha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digital y </w:t>
      </w:r>
      <w:proofErr w:type="spellStart"/>
      <w:r w:rsidRPr="00287918">
        <w:rPr>
          <w:rFonts w:ascii="Times New Roman" w:hAnsi="Times New Roman" w:cs="Times New Roman"/>
          <w:sz w:val="22"/>
        </w:rPr>
        <w:t>fortalecer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las </w:t>
      </w:r>
      <w:proofErr w:type="spellStart"/>
      <w:r w:rsidRPr="00287918">
        <w:rPr>
          <w:rFonts w:ascii="Times New Roman" w:hAnsi="Times New Roman" w:cs="Times New Roman"/>
          <w:sz w:val="22"/>
        </w:rPr>
        <w:t>capacidades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la población para </w:t>
      </w:r>
      <w:proofErr w:type="spellStart"/>
      <w:r w:rsidRPr="00287918">
        <w:rPr>
          <w:rFonts w:ascii="Times New Roman" w:hAnsi="Times New Roman" w:cs="Times New Roman"/>
          <w:sz w:val="22"/>
        </w:rPr>
        <w:t>que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la </w:t>
      </w:r>
      <w:proofErr w:type="spellStart"/>
      <w:r w:rsidRPr="00287918">
        <w:rPr>
          <w:rFonts w:ascii="Times New Roman" w:hAnsi="Times New Roman" w:cs="Times New Roman"/>
          <w:sz w:val="22"/>
        </w:rPr>
        <w:t>adopción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IA sea </w:t>
      </w:r>
      <w:proofErr w:type="spellStart"/>
      <w:r w:rsidRPr="00287918">
        <w:rPr>
          <w:rFonts w:ascii="Times New Roman" w:hAnsi="Times New Roman" w:cs="Times New Roman"/>
          <w:sz w:val="22"/>
        </w:rPr>
        <w:t>inclusiva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no </w:t>
      </w:r>
      <w:proofErr w:type="spellStart"/>
      <w:r w:rsidRPr="00287918">
        <w:rPr>
          <w:rFonts w:ascii="Times New Roman" w:hAnsi="Times New Roman" w:cs="Times New Roman"/>
          <w:sz w:val="22"/>
        </w:rPr>
        <w:t>aumente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las </w:t>
      </w:r>
      <w:proofErr w:type="spellStart"/>
      <w:r w:rsidRPr="00287918">
        <w:rPr>
          <w:rFonts w:ascii="Times New Roman" w:hAnsi="Times New Roman" w:cs="Times New Roman"/>
          <w:sz w:val="22"/>
        </w:rPr>
        <w:t>desigualdades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existentes</w:t>
      </w:r>
      <w:proofErr w:type="spellEnd"/>
      <w:r w:rsidRPr="00287918">
        <w:rPr>
          <w:rFonts w:ascii="Times New Roman" w:hAnsi="Times New Roman" w:cs="Times New Roman"/>
          <w:sz w:val="22"/>
        </w:rPr>
        <w:t>.</w:t>
      </w:r>
    </w:p>
    <w:p w14:paraId="2F4B4BC4" w14:textId="77777777" w:rsidR="00D37D2D" w:rsidRPr="00287918" w:rsidRDefault="004519AB" w:rsidP="00287918">
      <w:pPr>
        <w:spacing w:line="360" w:lineRule="auto"/>
        <w:rPr>
          <w:rFonts w:ascii="Times New Roman" w:hAnsi="Times New Roman" w:cs="Times New Roman"/>
          <w:sz w:val="22"/>
        </w:rPr>
      </w:pPr>
      <w:r w:rsidRPr="00287918">
        <w:rPr>
          <w:rFonts w:ascii="Times New Roman" w:hAnsi="Times New Roman" w:cs="Times New Roman"/>
          <w:sz w:val="22"/>
        </w:rPr>
        <w:t xml:space="preserve">5. La </w:t>
      </w:r>
      <w:proofErr w:type="spellStart"/>
      <w:r w:rsidRPr="00287918">
        <w:rPr>
          <w:rFonts w:ascii="Times New Roman" w:hAnsi="Times New Roman" w:cs="Times New Roman"/>
          <w:sz w:val="22"/>
        </w:rPr>
        <w:t>perspectiva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hacia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los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próximos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años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es de mayor </w:t>
      </w:r>
      <w:proofErr w:type="spellStart"/>
      <w:r w:rsidRPr="00287918">
        <w:rPr>
          <w:rFonts w:ascii="Times New Roman" w:hAnsi="Times New Roman" w:cs="Times New Roman"/>
          <w:sz w:val="22"/>
        </w:rPr>
        <w:t>integración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la IA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el Estado y la </w:t>
      </w:r>
      <w:proofErr w:type="spellStart"/>
      <w:r w:rsidRPr="00287918">
        <w:rPr>
          <w:rFonts w:ascii="Times New Roman" w:hAnsi="Times New Roman" w:cs="Times New Roman"/>
          <w:sz w:val="22"/>
        </w:rPr>
        <w:t>sociedad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. La </w:t>
      </w:r>
      <w:proofErr w:type="spellStart"/>
      <w:r w:rsidRPr="00287918">
        <w:rPr>
          <w:rFonts w:ascii="Times New Roman" w:hAnsi="Times New Roman" w:cs="Times New Roman"/>
          <w:sz w:val="22"/>
        </w:rPr>
        <w:t>Estrategia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Nacional de </w:t>
      </w:r>
      <w:proofErr w:type="spellStart"/>
      <w:r w:rsidRPr="00287918">
        <w:rPr>
          <w:rFonts w:ascii="Times New Roman" w:hAnsi="Times New Roman" w:cs="Times New Roman"/>
          <w:sz w:val="22"/>
        </w:rPr>
        <w:t>Inteligencia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Artificial 2026–2030 </w:t>
      </w:r>
      <w:proofErr w:type="spellStart"/>
      <w:r w:rsidRPr="00287918">
        <w:rPr>
          <w:rFonts w:ascii="Times New Roman" w:hAnsi="Times New Roman" w:cs="Times New Roman"/>
          <w:sz w:val="22"/>
        </w:rPr>
        <w:t>representa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un paso para </w:t>
      </w:r>
      <w:proofErr w:type="spellStart"/>
      <w:r w:rsidRPr="00287918">
        <w:rPr>
          <w:rFonts w:ascii="Times New Roman" w:hAnsi="Times New Roman" w:cs="Times New Roman"/>
          <w:sz w:val="22"/>
        </w:rPr>
        <w:t>organizar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estas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acciones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orientar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el </w:t>
      </w:r>
      <w:proofErr w:type="spellStart"/>
      <w:r w:rsidRPr="00287918">
        <w:rPr>
          <w:rFonts w:ascii="Times New Roman" w:hAnsi="Times New Roman" w:cs="Times New Roman"/>
          <w:sz w:val="22"/>
        </w:rPr>
        <w:t>desarrollo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un </w:t>
      </w:r>
      <w:proofErr w:type="spellStart"/>
      <w:r w:rsidRPr="00287918">
        <w:rPr>
          <w:rFonts w:ascii="Times New Roman" w:hAnsi="Times New Roman" w:cs="Times New Roman"/>
          <w:sz w:val="22"/>
        </w:rPr>
        <w:t>ecosistema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nacional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IA.</w:t>
      </w:r>
    </w:p>
    <w:p w14:paraId="5473B657" w14:textId="77777777" w:rsidR="008458FB" w:rsidRPr="00287918" w:rsidRDefault="008458FB" w:rsidP="00287918">
      <w:pPr>
        <w:spacing w:line="360" w:lineRule="auto"/>
        <w:rPr>
          <w:rFonts w:ascii="Times New Roman" w:hAnsi="Times New Roman" w:cs="Times New Roman"/>
          <w:sz w:val="22"/>
        </w:rPr>
      </w:pPr>
      <w:r w:rsidRPr="00287918">
        <w:rPr>
          <w:rFonts w:ascii="Times New Roman" w:hAnsi="Times New Roman" w:cs="Times New Roman"/>
          <w:sz w:val="22"/>
        </w:rPr>
        <w:br w:type="page"/>
      </w:r>
    </w:p>
    <w:p w14:paraId="6AB13DBA" w14:textId="77777777" w:rsidR="0097094B" w:rsidRPr="00287918" w:rsidRDefault="0097094B" w:rsidP="0097094B">
      <w:pPr>
        <w:spacing w:line="360" w:lineRule="auto"/>
        <w:rPr>
          <w:rFonts w:ascii="Times New Roman" w:hAnsi="Times New Roman" w:cs="Times New Roman"/>
          <w:sz w:val="22"/>
        </w:rPr>
      </w:pPr>
      <w:bookmarkStart w:id="33" w:name="_Toc242094284"/>
      <w:r w:rsidRPr="00287918">
        <w:rPr>
          <w:rFonts w:ascii="Times New Roman" w:hAnsi="Times New Roman" w:cs="Times New Roman"/>
          <w:sz w:val="22"/>
        </w:rPr>
        <w:lastRenderedPageBreak/>
        <w:t xml:space="preserve">. La </w:t>
      </w:r>
      <w:proofErr w:type="spellStart"/>
      <w:r w:rsidRPr="00287918">
        <w:rPr>
          <w:rFonts w:ascii="Times New Roman" w:hAnsi="Times New Roman" w:cs="Times New Roman"/>
          <w:sz w:val="22"/>
        </w:rPr>
        <w:t>inteligencia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artificial ha </w:t>
      </w:r>
      <w:proofErr w:type="spellStart"/>
      <w:r w:rsidRPr="00287918">
        <w:rPr>
          <w:rFonts w:ascii="Times New Roman" w:hAnsi="Times New Roman" w:cs="Times New Roman"/>
          <w:sz w:val="22"/>
        </w:rPr>
        <w:t>adquirido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una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importancia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creciente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el Perú </w:t>
      </w:r>
      <w:proofErr w:type="spellStart"/>
      <w:r w:rsidRPr="00287918">
        <w:rPr>
          <w:rFonts w:ascii="Times New Roman" w:hAnsi="Times New Roman" w:cs="Times New Roman"/>
          <w:sz w:val="22"/>
        </w:rPr>
        <w:t>durante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los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últimos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años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pasó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ser </w:t>
      </w:r>
      <w:proofErr w:type="spellStart"/>
      <w:r w:rsidRPr="00287918">
        <w:rPr>
          <w:rFonts w:ascii="Times New Roman" w:hAnsi="Times New Roman" w:cs="Times New Roman"/>
          <w:sz w:val="22"/>
        </w:rPr>
        <w:t>principalmente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un </w:t>
      </w:r>
      <w:proofErr w:type="spellStart"/>
      <w:r w:rsidRPr="00287918">
        <w:rPr>
          <w:rFonts w:ascii="Times New Roman" w:hAnsi="Times New Roman" w:cs="Times New Roman"/>
          <w:sz w:val="22"/>
        </w:rPr>
        <w:t>tema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tecnológico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a </w:t>
      </w:r>
      <w:proofErr w:type="spellStart"/>
      <w:r w:rsidRPr="00287918">
        <w:rPr>
          <w:rFonts w:ascii="Times New Roman" w:hAnsi="Times New Roman" w:cs="Times New Roman"/>
          <w:sz w:val="22"/>
        </w:rPr>
        <w:t>convertirse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una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prioridad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transformación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digital y </w:t>
      </w:r>
      <w:proofErr w:type="spellStart"/>
      <w:r w:rsidRPr="00287918">
        <w:rPr>
          <w:rFonts w:ascii="Times New Roman" w:hAnsi="Times New Roman" w:cs="Times New Roman"/>
          <w:sz w:val="22"/>
        </w:rPr>
        <w:t>desarrollo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nacional</w:t>
      </w:r>
      <w:proofErr w:type="spellEnd"/>
      <w:r w:rsidRPr="00287918">
        <w:rPr>
          <w:rFonts w:ascii="Times New Roman" w:hAnsi="Times New Roman" w:cs="Times New Roman"/>
          <w:sz w:val="22"/>
        </w:rPr>
        <w:t>.</w:t>
      </w:r>
    </w:p>
    <w:p w14:paraId="2C99FF68" w14:textId="77777777" w:rsidR="0097094B" w:rsidRPr="00287918" w:rsidRDefault="0097094B" w:rsidP="0097094B">
      <w:pPr>
        <w:spacing w:line="360" w:lineRule="auto"/>
        <w:rPr>
          <w:rFonts w:ascii="Times New Roman" w:hAnsi="Times New Roman" w:cs="Times New Roman"/>
          <w:sz w:val="22"/>
        </w:rPr>
      </w:pPr>
      <w:r w:rsidRPr="00287918">
        <w:rPr>
          <w:rFonts w:ascii="Times New Roman" w:hAnsi="Times New Roman" w:cs="Times New Roman"/>
          <w:sz w:val="22"/>
        </w:rPr>
        <w:t xml:space="preserve">2. La Ley N.° 31814, </w:t>
      </w:r>
      <w:proofErr w:type="spellStart"/>
      <w:r w:rsidRPr="00287918">
        <w:rPr>
          <w:rFonts w:ascii="Times New Roman" w:hAnsi="Times New Roman" w:cs="Times New Roman"/>
          <w:sz w:val="22"/>
        </w:rPr>
        <w:t>aprobada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2023, y </w:t>
      </w:r>
      <w:proofErr w:type="spellStart"/>
      <w:r w:rsidRPr="00287918">
        <w:rPr>
          <w:rFonts w:ascii="Times New Roman" w:hAnsi="Times New Roman" w:cs="Times New Roman"/>
          <w:sz w:val="22"/>
        </w:rPr>
        <w:t>su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reglamento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2025 </w:t>
      </w:r>
      <w:proofErr w:type="spellStart"/>
      <w:r w:rsidRPr="00287918">
        <w:rPr>
          <w:rFonts w:ascii="Times New Roman" w:hAnsi="Times New Roman" w:cs="Times New Roman"/>
          <w:sz w:val="22"/>
        </w:rPr>
        <w:t>constituyen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bases </w:t>
      </w:r>
      <w:proofErr w:type="spellStart"/>
      <w:r w:rsidRPr="00287918">
        <w:rPr>
          <w:rFonts w:ascii="Times New Roman" w:hAnsi="Times New Roman" w:cs="Times New Roman"/>
          <w:sz w:val="22"/>
        </w:rPr>
        <w:t>importantes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para </w:t>
      </w:r>
      <w:proofErr w:type="spellStart"/>
      <w:r w:rsidRPr="00287918">
        <w:rPr>
          <w:rFonts w:ascii="Times New Roman" w:hAnsi="Times New Roman" w:cs="Times New Roman"/>
          <w:sz w:val="22"/>
        </w:rPr>
        <w:t>orientar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el </w:t>
      </w:r>
      <w:proofErr w:type="spellStart"/>
      <w:r w:rsidRPr="00287918">
        <w:rPr>
          <w:rFonts w:ascii="Times New Roman" w:hAnsi="Times New Roman" w:cs="Times New Roman"/>
          <w:sz w:val="22"/>
        </w:rPr>
        <w:t>desarrollo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uso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responsable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la IA, con </w:t>
      </w:r>
      <w:proofErr w:type="spellStart"/>
      <w:r w:rsidRPr="00287918">
        <w:rPr>
          <w:rFonts w:ascii="Times New Roman" w:hAnsi="Times New Roman" w:cs="Times New Roman"/>
          <w:sz w:val="22"/>
        </w:rPr>
        <w:t>énfasis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seguridad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ética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transparencia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derechos </w:t>
      </w:r>
      <w:proofErr w:type="spellStart"/>
      <w:r w:rsidRPr="00287918">
        <w:rPr>
          <w:rFonts w:ascii="Times New Roman" w:hAnsi="Times New Roman" w:cs="Times New Roman"/>
          <w:sz w:val="22"/>
        </w:rPr>
        <w:t>humanos</w:t>
      </w:r>
      <w:proofErr w:type="spellEnd"/>
      <w:r w:rsidRPr="00287918">
        <w:rPr>
          <w:rFonts w:ascii="Times New Roman" w:hAnsi="Times New Roman" w:cs="Times New Roman"/>
          <w:sz w:val="22"/>
        </w:rPr>
        <w:t>.</w:t>
      </w:r>
    </w:p>
    <w:p w14:paraId="2AE815C5" w14:textId="77777777" w:rsidR="0097094B" w:rsidRPr="00287918" w:rsidRDefault="0097094B" w:rsidP="0097094B">
      <w:pPr>
        <w:spacing w:line="360" w:lineRule="auto"/>
        <w:rPr>
          <w:rFonts w:ascii="Times New Roman" w:hAnsi="Times New Roman" w:cs="Times New Roman"/>
          <w:sz w:val="22"/>
        </w:rPr>
      </w:pPr>
      <w:r w:rsidRPr="00287918">
        <w:rPr>
          <w:rFonts w:ascii="Times New Roman" w:hAnsi="Times New Roman" w:cs="Times New Roman"/>
          <w:sz w:val="22"/>
        </w:rPr>
        <w:t xml:space="preserve">3. La IA </w:t>
      </w:r>
      <w:proofErr w:type="spellStart"/>
      <w:r w:rsidRPr="00287918">
        <w:rPr>
          <w:rFonts w:ascii="Times New Roman" w:hAnsi="Times New Roman" w:cs="Times New Roman"/>
          <w:sz w:val="22"/>
        </w:rPr>
        <w:t>ofrece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oportunidades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concretas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para la </w:t>
      </w:r>
      <w:proofErr w:type="spellStart"/>
      <w:r w:rsidRPr="00287918">
        <w:rPr>
          <w:rFonts w:ascii="Times New Roman" w:hAnsi="Times New Roman" w:cs="Times New Roman"/>
          <w:sz w:val="22"/>
        </w:rPr>
        <w:t>educación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salud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justicia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agricultura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servicios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públicos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emprendimiento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; sin embargo, sus </w:t>
      </w:r>
      <w:proofErr w:type="spellStart"/>
      <w:r w:rsidRPr="00287918">
        <w:rPr>
          <w:rFonts w:ascii="Times New Roman" w:hAnsi="Times New Roman" w:cs="Times New Roman"/>
          <w:sz w:val="22"/>
        </w:rPr>
        <w:t>beneficios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dependen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la </w:t>
      </w:r>
      <w:proofErr w:type="spellStart"/>
      <w:r w:rsidRPr="00287918">
        <w:rPr>
          <w:rFonts w:ascii="Times New Roman" w:hAnsi="Times New Roman" w:cs="Times New Roman"/>
          <w:sz w:val="22"/>
        </w:rPr>
        <w:t>disponibilidad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infraestructura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datos y </w:t>
      </w:r>
      <w:proofErr w:type="spellStart"/>
      <w:r w:rsidRPr="00287918">
        <w:rPr>
          <w:rFonts w:ascii="Times New Roman" w:hAnsi="Times New Roman" w:cs="Times New Roman"/>
          <w:sz w:val="22"/>
        </w:rPr>
        <w:t>profesionales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capacitados</w:t>
      </w:r>
      <w:proofErr w:type="spellEnd"/>
      <w:r w:rsidRPr="00287918">
        <w:rPr>
          <w:rFonts w:ascii="Times New Roman" w:hAnsi="Times New Roman" w:cs="Times New Roman"/>
          <w:sz w:val="22"/>
        </w:rPr>
        <w:t>.</w:t>
      </w:r>
    </w:p>
    <w:p w14:paraId="2497EA01" w14:textId="77777777" w:rsidR="0097094B" w:rsidRPr="00287918" w:rsidRDefault="0097094B" w:rsidP="0097094B">
      <w:pPr>
        <w:spacing w:line="360" w:lineRule="auto"/>
        <w:rPr>
          <w:rFonts w:ascii="Times New Roman" w:hAnsi="Times New Roman" w:cs="Times New Roman"/>
          <w:sz w:val="22"/>
        </w:rPr>
      </w:pPr>
      <w:r w:rsidRPr="00287918">
        <w:rPr>
          <w:rFonts w:ascii="Times New Roman" w:hAnsi="Times New Roman" w:cs="Times New Roman"/>
          <w:sz w:val="22"/>
        </w:rPr>
        <w:t xml:space="preserve">4. El principal </w:t>
      </w:r>
      <w:proofErr w:type="spellStart"/>
      <w:r w:rsidRPr="00287918">
        <w:rPr>
          <w:rFonts w:ascii="Times New Roman" w:hAnsi="Times New Roman" w:cs="Times New Roman"/>
          <w:sz w:val="22"/>
        </w:rPr>
        <w:t>desafío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peruano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consiste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reducir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la </w:t>
      </w:r>
      <w:proofErr w:type="spellStart"/>
      <w:r w:rsidRPr="00287918">
        <w:rPr>
          <w:rFonts w:ascii="Times New Roman" w:hAnsi="Times New Roman" w:cs="Times New Roman"/>
          <w:sz w:val="22"/>
        </w:rPr>
        <w:t>brecha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digital y </w:t>
      </w:r>
      <w:proofErr w:type="spellStart"/>
      <w:r w:rsidRPr="00287918">
        <w:rPr>
          <w:rFonts w:ascii="Times New Roman" w:hAnsi="Times New Roman" w:cs="Times New Roman"/>
          <w:sz w:val="22"/>
        </w:rPr>
        <w:t>fortalecer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las </w:t>
      </w:r>
      <w:proofErr w:type="spellStart"/>
      <w:r w:rsidRPr="00287918">
        <w:rPr>
          <w:rFonts w:ascii="Times New Roman" w:hAnsi="Times New Roman" w:cs="Times New Roman"/>
          <w:sz w:val="22"/>
        </w:rPr>
        <w:t>capacidades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la población para </w:t>
      </w:r>
      <w:proofErr w:type="spellStart"/>
      <w:r w:rsidRPr="00287918">
        <w:rPr>
          <w:rFonts w:ascii="Times New Roman" w:hAnsi="Times New Roman" w:cs="Times New Roman"/>
          <w:sz w:val="22"/>
        </w:rPr>
        <w:t>que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la </w:t>
      </w:r>
      <w:proofErr w:type="spellStart"/>
      <w:r w:rsidRPr="00287918">
        <w:rPr>
          <w:rFonts w:ascii="Times New Roman" w:hAnsi="Times New Roman" w:cs="Times New Roman"/>
          <w:sz w:val="22"/>
        </w:rPr>
        <w:t>adopción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IA sea </w:t>
      </w:r>
      <w:proofErr w:type="spellStart"/>
      <w:r w:rsidRPr="00287918">
        <w:rPr>
          <w:rFonts w:ascii="Times New Roman" w:hAnsi="Times New Roman" w:cs="Times New Roman"/>
          <w:sz w:val="22"/>
        </w:rPr>
        <w:t>inclusiva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no </w:t>
      </w:r>
      <w:proofErr w:type="spellStart"/>
      <w:r w:rsidRPr="00287918">
        <w:rPr>
          <w:rFonts w:ascii="Times New Roman" w:hAnsi="Times New Roman" w:cs="Times New Roman"/>
          <w:sz w:val="22"/>
        </w:rPr>
        <w:t>aumente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las </w:t>
      </w:r>
      <w:proofErr w:type="spellStart"/>
      <w:r w:rsidRPr="00287918">
        <w:rPr>
          <w:rFonts w:ascii="Times New Roman" w:hAnsi="Times New Roman" w:cs="Times New Roman"/>
          <w:sz w:val="22"/>
        </w:rPr>
        <w:t>desigualdades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existentes</w:t>
      </w:r>
      <w:proofErr w:type="spellEnd"/>
      <w:r w:rsidRPr="00287918">
        <w:rPr>
          <w:rFonts w:ascii="Times New Roman" w:hAnsi="Times New Roman" w:cs="Times New Roman"/>
          <w:sz w:val="22"/>
        </w:rPr>
        <w:t>.</w:t>
      </w:r>
    </w:p>
    <w:p w14:paraId="72F8EE1E" w14:textId="77777777" w:rsidR="0097094B" w:rsidRPr="00287918" w:rsidRDefault="0097094B" w:rsidP="0097094B">
      <w:pPr>
        <w:spacing w:line="360" w:lineRule="auto"/>
        <w:rPr>
          <w:rFonts w:ascii="Times New Roman" w:hAnsi="Times New Roman" w:cs="Times New Roman"/>
          <w:sz w:val="22"/>
        </w:rPr>
      </w:pPr>
      <w:r w:rsidRPr="00287918">
        <w:rPr>
          <w:rFonts w:ascii="Times New Roman" w:hAnsi="Times New Roman" w:cs="Times New Roman"/>
          <w:sz w:val="22"/>
        </w:rPr>
        <w:t xml:space="preserve">5. La </w:t>
      </w:r>
      <w:proofErr w:type="spellStart"/>
      <w:r w:rsidRPr="00287918">
        <w:rPr>
          <w:rFonts w:ascii="Times New Roman" w:hAnsi="Times New Roman" w:cs="Times New Roman"/>
          <w:sz w:val="22"/>
        </w:rPr>
        <w:t>perspectiva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hacia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los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próximos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años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es de mayor </w:t>
      </w:r>
      <w:proofErr w:type="spellStart"/>
      <w:r w:rsidRPr="00287918">
        <w:rPr>
          <w:rFonts w:ascii="Times New Roman" w:hAnsi="Times New Roman" w:cs="Times New Roman"/>
          <w:sz w:val="22"/>
        </w:rPr>
        <w:t>integración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la IA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el Estado y la </w:t>
      </w:r>
      <w:proofErr w:type="spellStart"/>
      <w:r w:rsidRPr="00287918">
        <w:rPr>
          <w:rFonts w:ascii="Times New Roman" w:hAnsi="Times New Roman" w:cs="Times New Roman"/>
          <w:sz w:val="22"/>
        </w:rPr>
        <w:t>sociedad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. La </w:t>
      </w:r>
      <w:proofErr w:type="spellStart"/>
      <w:r w:rsidRPr="00287918">
        <w:rPr>
          <w:rFonts w:ascii="Times New Roman" w:hAnsi="Times New Roman" w:cs="Times New Roman"/>
          <w:sz w:val="22"/>
        </w:rPr>
        <w:t>Estrategia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Nacional de </w:t>
      </w:r>
      <w:proofErr w:type="spellStart"/>
      <w:r w:rsidRPr="00287918">
        <w:rPr>
          <w:rFonts w:ascii="Times New Roman" w:hAnsi="Times New Roman" w:cs="Times New Roman"/>
          <w:sz w:val="22"/>
        </w:rPr>
        <w:t>Inteligencia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Artificial 2026–2030 </w:t>
      </w:r>
      <w:proofErr w:type="spellStart"/>
      <w:r w:rsidRPr="00287918">
        <w:rPr>
          <w:rFonts w:ascii="Times New Roman" w:hAnsi="Times New Roman" w:cs="Times New Roman"/>
          <w:sz w:val="22"/>
        </w:rPr>
        <w:t>representa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un paso para </w:t>
      </w:r>
      <w:proofErr w:type="spellStart"/>
      <w:r w:rsidRPr="00287918">
        <w:rPr>
          <w:rFonts w:ascii="Times New Roman" w:hAnsi="Times New Roman" w:cs="Times New Roman"/>
          <w:sz w:val="22"/>
        </w:rPr>
        <w:t>organizar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estas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acciones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orientar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el </w:t>
      </w:r>
      <w:proofErr w:type="spellStart"/>
      <w:r w:rsidRPr="00287918">
        <w:rPr>
          <w:rFonts w:ascii="Times New Roman" w:hAnsi="Times New Roman" w:cs="Times New Roman"/>
          <w:sz w:val="22"/>
        </w:rPr>
        <w:t>desarrollo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un </w:t>
      </w:r>
      <w:proofErr w:type="spellStart"/>
      <w:r w:rsidRPr="00287918">
        <w:rPr>
          <w:rFonts w:ascii="Times New Roman" w:hAnsi="Times New Roman" w:cs="Times New Roman"/>
          <w:sz w:val="22"/>
        </w:rPr>
        <w:t>ecosistema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nacional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IA.</w:t>
      </w:r>
    </w:p>
    <w:p w14:paraId="52D3F939" w14:textId="77777777" w:rsidR="0097094B" w:rsidRPr="00287918" w:rsidRDefault="0097094B" w:rsidP="0097094B">
      <w:pPr>
        <w:spacing w:line="360" w:lineRule="auto"/>
        <w:rPr>
          <w:rFonts w:ascii="Times New Roman" w:hAnsi="Times New Roman" w:cs="Times New Roman"/>
          <w:sz w:val="22"/>
        </w:rPr>
      </w:pPr>
      <w:r w:rsidRPr="00287918">
        <w:rPr>
          <w:rFonts w:ascii="Times New Roman" w:hAnsi="Times New Roman" w:cs="Times New Roman"/>
          <w:sz w:val="22"/>
        </w:rPr>
        <w:t xml:space="preserve">. La </w:t>
      </w:r>
      <w:proofErr w:type="spellStart"/>
      <w:r w:rsidRPr="00287918">
        <w:rPr>
          <w:rFonts w:ascii="Times New Roman" w:hAnsi="Times New Roman" w:cs="Times New Roman"/>
          <w:sz w:val="22"/>
        </w:rPr>
        <w:t>inteligencia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artificial ha </w:t>
      </w:r>
      <w:proofErr w:type="spellStart"/>
      <w:r w:rsidRPr="00287918">
        <w:rPr>
          <w:rFonts w:ascii="Times New Roman" w:hAnsi="Times New Roman" w:cs="Times New Roman"/>
          <w:sz w:val="22"/>
        </w:rPr>
        <w:t>adquirido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una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importancia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creciente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el Perú </w:t>
      </w:r>
      <w:proofErr w:type="spellStart"/>
      <w:r w:rsidRPr="00287918">
        <w:rPr>
          <w:rFonts w:ascii="Times New Roman" w:hAnsi="Times New Roman" w:cs="Times New Roman"/>
          <w:sz w:val="22"/>
        </w:rPr>
        <w:t>durante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los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últimos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años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pasó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ser </w:t>
      </w:r>
      <w:proofErr w:type="spellStart"/>
      <w:r w:rsidRPr="00287918">
        <w:rPr>
          <w:rFonts w:ascii="Times New Roman" w:hAnsi="Times New Roman" w:cs="Times New Roman"/>
          <w:sz w:val="22"/>
        </w:rPr>
        <w:t>principalmente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un </w:t>
      </w:r>
      <w:proofErr w:type="spellStart"/>
      <w:r w:rsidRPr="00287918">
        <w:rPr>
          <w:rFonts w:ascii="Times New Roman" w:hAnsi="Times New Roman" w:cs="Times New Roman"/>
          <w:sz w:val="22"/>
        </w:rPr>
        <w:t>tema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tecnológico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a </w:t>
      </w:r>
      <w:proofErr w:type="spellStart"/>
      <w:r w:rsidRPr="00287918">
        <w:rPr>
          <w:rFonts w:ascii="Times New Roman" w:hAnsi="Times New Roman" w:cs="Times New Roman"/>
          <w:sz w:val="22"/>
        </w:rPr>
        <w:t>convertirse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una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prioridad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transformación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digital y </w:t>
      </w:r>
      <w:proofErr w:type="spellStart"/>
      <w:r w:rsidRPr="00287918">
        <w:rPr>
          <w:rFonts w:ascii="Times New Roman" w:hAnsi="Times New Roman" w:cs="Times New Roman"/>
          <w:sz w:val="22"/>
        </w:rPr>
        <w:t>desarrollo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nacional</w:t>
      </w:r>
      <w:proofErr w:type="spellEnd"/>
      <w:r w:rsidRPr="00287918">
        <w:rPr>
          <w:rFonts w:ascii="Times New Roman" w:hAnsi="Times New Roman" w:cs="Times New Roman"/>
          <w:sz w:val="22"/>
        </w:rPr>
        <w:t>.</w:t>
      </w:r>
    </w:p>
    <w:p w14:paraId="290CD128" w14:textId="77777777" w:rsidR="0097094B" w:rsidRPr="00287918" w:rsidRDefault="0097094B" w:rsidP="0097094B">
      <w:pPr>
        <w:spacing w:line="360" w:lineRule="auto"/>
        <w:rPr>
          <w:rFonts w:ascii="Times New Roman" w:hAnsi="Times New Roman" w:cs="Times New Roman"/>
          <w:sz w:val="22"/>
        </w:rPr>
      </w:pPr>
      <w:r w:rsidRPr="00287918">
        <w:rPr>
          <w:rFonts w:ascii="Times New Roman" w:hAnsi="Times New Roman" w:cs="Times New Roman"/>
          <w:sz w:val="22"/>
        </w:rPr>
        <w:t xml:space="preserve">2. La Ley N.° 31814, </w:t>
      </w:r>
      <w:proofErr w:type="spellStart"/>
      <w:r w:rsidRPr="00287918">
        <w:rPr>
          <w:rFonts w:ascii="Times New Roman" w:hAnsi="Times New Roman" w:cs="Times New Roman"/>
          <w:sz w:val="22"/>
        </w:rPr>
        <w:t>aprobada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2023, y </w:t>
      </w:r>
      <w:proofErr w:type="spellStart"/>
      <w:r w:rsidRPr="00287918">
        <w:rPr>
          <w:rFonts w:ascii="Times New Roman" w:hAnsi="Times New Roman" w:cs="Times New Roman"/>
          <w:sz w:val="22"/>
        </w:rPr>
        <w:t>su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reglamento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2025 </w:t>
      </w:r>
      <w:proofErr w:type="spellStart"/>
      <w:r w:rsidRPr="00287918">
        <w:rPr>
          <w:rFonts w:ascii="Times New Roman" w:hAnsi="Times New Roman" w:cs="Times New Roman"/>
          <w:sz w:val="22"/>
        </w:rPr>
        <w:t>constituyen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bases </w:t>
      </w:r>
      <w:proofErr w:type="spellStart"/>
      <w:r w:rsidRPr="00287918">
        <w:rPr>
          <w:rFonts w:ascii="Times New Roman" w:hAnsi="Times New Roman" w:cs="Times New Roman"/>
          <w:sz w:val="22"/>
        </w:rPr>
        <w:t>importantes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para </w:t>
      </w:r>
      <w:proofErr w:type="spellStart"/>
      <w:r w:rsidRPr="00287918">
        <w:rPr>
          <w:rFonts w:ascii="Times New Roman" w:hAnsi="Times New Roman" w:cs="Times New Roman"/>
          <w:sz w:val="22"/>
        </w:rPr>
        <w:t>orientar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el </w:t>
      </w:r>
      <w:proofErr w:type="spellStart"/>
      <w:r w:rsidRPr="00287918">
        <w:rPr>
          <w:rFonts w:ascii="Times New Roman" w:hAnsi="Times New Roman" w:cs="Times New Roman"/>
          <w:sz w:val="22"/>
        </w:rPr>
        <w:t>desarrollo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uso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responsable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la IA, con </w:t>
      </w:r>
      <w:proofErr w:type="spellStart"/>
      <w:r w:rsidRPr="00287918">
        <w:rPr>
          <w:rFonts w:ascii="Times New Roman" w:hAnsi="Times New Roman" w:cs="Times New Roman"/>
          <w:sz w:val="22"/>
        </w:rPr>
        <w:t>énfasis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seguridad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ética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transparencia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derechos </w:t>
      </w:r>
      <w:proofErr w:type="spellStart"/>
      <w:r w:rsidRPr="00287918">
        <w:rPr>
          <w:rFonts w:ascii="Times New Roman" w:hAnsi="Times New Roman" w:cs="Times New Roman"/>
          <w:sz w:val="22"/>
        </w:rPr>
        <w:t>humanos</w:t>
      </w:r>
      <w:proofErr w:type="spellEnd"/>
      <w:r w:rsidRPr="00287918">
        <w:rPr>
          <w:rFonts w:ascii="Times New Roman" w:hAnsi="Times New Roman" w:cs="Times New Roman"/>
          <w:sz w:val="22"/>
        </w:rPr>
        <w:t>.</w:t>
      </w:r>
    </w:p>
    <w:p w14:paraId="6BC0B003" w14:textId="77777777" w:rsidR="0097094B" w:rsidRPr="00287918" w:rsidRDefault="0097094B" w:rsidP="0097094B">
      <w:pPr>
        <w:spacing w:line="360" w:lineRule="auto"/>
        <w:rPr>
          <w:rFonts w:ascii="Times New Roman" w:hAnsi="Times New Roman" w:cs="Times New Roman"/>
          <w:sz w:val="22"/>
        </w:rPr>
      </w:pPr>
      <w:r w:rsidRPr="00287918">
        <w:rPr>
          <w:rFonts w:ascii="Times New Roman" w:hAnsi="Times New Roman" w:cs="Times New Roman"/>
          <w:sz w:val="22"/>
        </w:rPr>
        <w:t xml:space="preserve">3. La IA </w:t>
      </w:r>
      <w:proofErr w:type="spellStart"/>
      <w:r w:rsidRPr="00287918">
        <w:rPr>
          <w:rFonts w:ascii="Times New Roman" w:hAnsi="Times New Roman" w:cs="Times New Roman"/>
          <w:sz w:val="22"/>
        </w:rPr>
        <w:t>ofrece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oportunidades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concretas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para la </w:t>
      </w:r>
      <w:proofErr w:type="spellStart"/>
      <w:r w:rsidRPr="00287918">
        <w:rPr>
          <w:rFonts w:ascii="Times New Roman" w:hAnsi="Times New Roman" w:cs="Times New Roman"/>
          <w:sz w:val="22"/>
        </w:rPr>
        <w:t>educación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salud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justicia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agricultura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servicios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públicos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emprendimiento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; sin embargo, sus </w:t>
      </w:r>
      <w:proofErr w:type="spellStart"/>
      <w:r w:rsidRPr="00287918">
        <w:rPr>
          <w:rFonts w:ascii="Times New Roman" w:hAnsi="Times New Roman" w:cs="Times New Roman"/>
          <w:sz w:val="22"/>
        </w:rPr>
        <w:t>beneficios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dependen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la </w:t>
      </w:r>
      <w:proofErr w:type="spellStart"/>
      <w:r w:rsidRPr="00287918">
        <w:rPr>
          <w:rFonts w:ascii="Times New Roman" w:hAnsi="Times New Roman" w:cs="Times New Roman"/>
          <w:sz w:val="22"/>
        </w:rPr>
        <w:t>disponibilidad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infraestructura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datos y </w:t>
      </w:r>
      <w:proofErr w:type="spellStart"/>
      <w:r w:rsidRPr="00287918">
        <w:rPr>
          <w:rFonts w:ascii="Times New Roman" w:hAnsi="Times New Roman" w:cs="Times New Roman"/>
          <w:sz w:val="22"/>
        </w:rPr>
        <w:t>profesionales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capacitados</w:t>
      </w:r>
      <w:proofErr w:type="spellEnd"/>
      <w:r w:rsidRPr="00287918">
        <w:rPr>
          <w:rFonts w:ascii="Times New Roman" w:hAnsi="Times New Roman" w:cs="Times New Roman"/>
          <w:sz w:val="22"/>
        </w:rPr>
        <w:t>.</w:t>
      </w:r>
    </w:p>
    <w:p w14:paraId="5A2D640A" w14:textId="77777777" w:rsidR="0097094B" w:rsidRPr="00287918" w:rsidRDefault="0097094B" w:rsidP="0097094B">
      <w:pPr>
        <w:spacing w:line="360" w:lineRule="auto"/>
        <w:rPr>
          <w:rFonts w:ascii="Times New Roman" w:hAnsi="Times New Roman" w:cs="Times New Roman"/>
          <w:sz w:val="22"/>
        </w:rPr>
      </w:pPr>
      <w:r w:rsidRPr="00287918">
        <w:rPr>
          <w:rFonts w:ascii="Times New Roman" w:hAnsi="Times New Roman" w:cs="Times New Roman"/>
          <w:sz w:val="22"/>
        </w:rPr>
        <w:t xml:space="preserve">4. El principal </w:t>
      </w:r>
      <w:proofErr w:type="spellStart"/>
      <w:r w:rsidRPr="00287918">
        <w:rPr>
          <w:rFonts w:ascii="Times New Roman" w:hAnsi="Times New Roman" w:cs="Times New Roman"/>
          <w:sz w:val="22"/>
        </w:rPr>
        <w:t>desafío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peruano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consiste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reducir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la </w:t>
      </w:r>
      <w:proofErr w:type="spellStart"/>
      <w:r w:rsidRPr="00287918">
        <w:rPr>
          <w:rFonts w:ascii="Times New Roman" w:hAnsi="Times New Roman" w:cs="Times New Roman"/>
          <w:sz w:val="22"/>
        </w:rPr>
        <w:t>brecha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digital y </w:t>
      </w:r>
      <w:proofErr w:type="spellStart"/>
      <w:r w:rsidRPr="00287918">
        <w:rPr>
          <w:rFonts w:ascii="Times New Roman" w:hAnsi="Times New Roman" w:cs="Times New Roman"/>
          <w:sz w:val="22"/>
        </w:rPr>
        <w:t>fortalecer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las </w:t>
      </w:r>
      <w:proofErr w:type="spellStart"/>
      <w:r w:rsidRPr="00287918">
        <w:rPr>
          <w:rFonts w:ascii="Times New Roman" w:hAnsi="Times New Roman" w:cs="Times New Roman"/>
          <w:sz w:val="22"/>
        </w:rPr>
        <w:t>capacidades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la población para </w:t>
      </w:r>
      <w:proofErr w:type="spellStart"/>
      <w:r w:rsidRPr="00287918">
        <w:rPr>
          <w:rFonts w:ascii="Times New Roman" w:hAnsi="Times New Roman" w:cs="Times New Roman"/>
          <w:sz w:val="22"/>
        </w:rPr>
        <w:t>que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la </w:t>
      </w:r>
      <w:proofErr w:type="spellStart"/>
      <w:r w:rsidRPr="00287918">
        <w:rPr>
          <w:rFonts w:ascii="Times New Roman" w:hAnsi="Times New Roman" w:cs="Times New Roman"/>
          <w:sz w:val="22"/>
        </w:rPr>
        <w:t>adopción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IA sea </w:t>
      </w:r>
      <w:proofErr w:type="spellStart"/>
      <w:r w:rsidRPr="00287918">
        <w:rPr>
          <w:rFonts w:ascii="Times New Roman" w:hAnsi="Times New Roman" w:cs="Times New Roman"/>
          <w:sz w:val="22"/>
        </w:rPr>
        <w:t>inclusiva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no </w:t>
      </w:r>
      <w:proofErr w:type="spellStart"/>
      <w:r w:rsidRPr="00287918">
        <w:rPr>
          <w:rFonts w:ascii="Times New Roman" w:hAnsi="Times New Roman" w:cs="Times New Roman"/>
          <w:sz w:val="22"/>
        </w:rPr>
        <w:t>aumente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las </w:t>
      </w:r>
      <w:proofErr w:type="spellStart"/>
      <w:r w:rsidRPr="00287918">
        <w:rPr>
          <w:rFonts w:ascii="Times New Roman" w:hAnsi="Times New Roman" w:cs="Times New Roman"/>
          <w:sz w:val="22"/>
        </w:rPr>
        <w:t>desigualdades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existentes</w:t>
      </w:r>
      <w:proofErr w:type="spellEnd"/>
      <w:r w:rsidRPr="00287918">
        <w:rPr>
          <w:rFonts w:ascii="Times New Roman" w:hAnsi="Times New Roman" w:cs="Times New Roman"/>
          <w:sz w:val="22"/>
        </w:rPr>
        <w:t>.</w:t>
      </w:r>
    </w:p>
    <w:p w14:paraId="1A63C4B4" w14:textId="77777777" w:rsidR="0097094B" w:rsidRPr="00287918" w:rsidRDefault="0097094B" w:rsidP="0097094B">
      <w:pPr>
        <w:spacing w:line="360" w:lineRule="auto"/>
        <w:rPr>
          <w:rFonts w:ascii="Times New Roman" w:hAnsi="Times New Roman" w:cs="Times New Roman"/>
          <w:sz w:val="22"/>
        </w:rPr>
      </w:pPr>
      <w:r w:rsidRPr="00287918">
        <w:rPr>
          <w:rFonts w:ascii="Times New Roman" w:hAnsi="Times New Roman" w:cs="Times New Roman"/>
          <w:sz w:val="22"/>
        </w:rPr>
        <w:t xml:space="preserve">5. La </w:t>
      </w:r>
      <w:proofErr w:type="spellStart"/>
      <w:r w:rsidRPr="00287918">
        <w:rPr>
          <w:rFonts w:ascii="Times New Roman" w:hAnsi="Times New Roman" w:cs="Times New Roman"/>
          <w:sz w:val="22"/>
        </w:rPr>
        <w:t>perspectiva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hacia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los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próximos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años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es de mayor </w:t>
      </w:r>
      <w:proofErr w:type="spellStart"/>
      <w:r w:rsidRPr="00287918">
        <w:rPr>
          <w:rFonts w:ascii="Times New Roman" w:hAnsi="Times New Roman" w:cs="Times New Roman"/>
          <w:sz w:val="22"/>
        </w:rPr>
        <w:t>integración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la IA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el Estado y la </w:t>
      </w:r>
      <w:proofErr w:type="spellStart"/>
      <w:r w:rsidRPr="00287918">
        <w:rPr>
          <w:rFonts w:ascii="Times New Roman" w:hAnsi="Times New Roman" w:cs="Times New Roman"/>
          <w:sz w:val="22"/>
        </w:rPr>
        <w:t>sociedad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. La </w:t>
      </w:r>
      <w:proofErr w:type="spellStart"/>
      <w:r w:rsidRPr="00287918">
        <w:rPr>
          <w:rFonts w:ascii="Times New Roman" w:hAnsi="Times New Roman" w:cs="Times New Roman"/>
          <w:sz w:val="22"/>
        </w:rPr>
        <w:t>Estrategia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Nacional de </w:t>
      </w:r>
      <w:proofErr w:type="spellStart"/>
      <w:r w:rsidRPr="00287918">
        <w:rPr>
          <w:rFonts w:ascii="Times New Roman" w:hAnsi="Times New Roman" w:cs="Times New Roman"/>
          <w:sz w:val="22"/>
        </w:rPr>
        <w:t>Inteligencia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Artificial 2026–2030 </w:t>
      </w:r>
      <w:proofErr w:type="spellStart"/>
      <w:r w:rsidRPr="00287918">
        <w:rPr>
          <w:rFonts w:ascii="Times New Roman" w:hAnsi="Times New Roman" w:cs="Times New Roman"/>
          <w:sz w:val="22"/>
        </w:rPr>
        <w:t>representa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un paso para </w:t>
      </w:r>
      <w:proofErr w:type="spellStart"/>
      <w:r w:rsidRPr="00287918">
        <w:rPr>
          <w:rFonts w:ascii="Times New Roman" w:hAnsi="Times New Roman" w:cs="Times New Roman"/>
          <w:sz w:val="22"/>
        </w:rPr>
        <w:t>organizar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estas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acciones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orientar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el </w:t>
      </w:r>
      <w:proofErr w:type="spellStart"/>
      <w:r w:rsidRPr="00287918">
        <w:rPr>
          <w:rFonts w:ascii="Times New Roman" w:hAnsi="Times New Roman" w:cs="Times New Roman"/>
          <w:sz w:val="22"/>
        </w:rPr>
        <w:t>desarrollo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un </w:t>
      </w:r>
      <w:proofErr w:type="spellStart"/>
      <w:r w:rsidRPr="00287918">
        <w:rPr>
          <w:rFonts w:ascii="Times New Roman" w:hAnsi="Times New Roman" w:cs="Times New Roman"/>
          <w:sz w:val="22"/>
        </w:rPr>
        <w:t>ecosistema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nacional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IA.</w:t>
      </w:r>
    </w:p>
    <w:p w14:paraId="007DE48B" w14:textId="77777777" w:rsidR="0097094B" w:rsidRPr="00287918" w:rsidRDefault="0097094B" w:rsidP="0097094B">
      <w:pPr>
        <w:spacing w:line="360" w:lineRule="auto"/>
        <w:rPr>
          <w:rFonts w:ascii="Times New Roman" w:hAnsi="Times New Roman" w:cs="Times New Roman"/>
          <w:sz w:val="22"/>
        </w:rPr>
      </w:pPr>
      <w:r w:rsidRPr="00287918">
        <w:rPr>
          <w:rFonts w:ascii="Times New Roman" w:hAnsi="Times New Roman" w:cs="Times New Roman"/>
          <w:sz w:val="22"/>
        </w:rPr>
        <w:t xml:space="preserve">. La </w:t>
      </w:r>
      <w:proofErr w:type="spellStart"/>
      <w:r w:rsidRPr="00287918">
        <w:rPr>
          <w:rFonts w:ascii="Times New Roman" w:hAnsi="Times New Roman" w:cs="Times New Roman"/>
          <w:sz w:val="22"/>
        </w:rPr>
        <w:t>inteligencia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artificial ha </w:t>
      </w:r>
      <w:proofErr w:type="spellStart"/>
      <w:r w:rsidRPr="00287918">
        <w:rPr>
          <w:rFonts w:ascii="Times New Roman" w:hAnsi="Times New Roman" w:cs="Times New Roman"/>
          <w:sz w:val="22"/>
        </w:rPr>
        <w:t>adquirido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una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importancia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creciente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el Perú </w:t>
      </w:r>
      <w:proofErr w:type="spellStart"/>
      <w:r w:rsidRPr="00287918">
        <w:rPr>
          <w:rFonts w:ascii="Times New Roman" w:hAnsi="Times New Roman" w:cs="Times New Roman"/>
          <w:sz w:val="22"/>
        </w:rPr>
        <w:t>durante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los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últimos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años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pasó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ser </w:t>
      </w:r>
      <w:proofErr w:type="spellStart"/>
      <w:r w:rsidRPr="00287918">
        <w:rPr>
          <w:rFonts w:ascii="Times New Roman" w:hAnsi="Times New Roman" w:cs="Times New Roman"/>
          <w:sz w:val="22"/>
        </w:rPr>
        <w:t>principalmente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un </w:t>
      </w:r>
      <w:proofErr w:type="spellStart"/>
      <w:r w:rsidRPr="00287918">
        <w:rPr>
          <w:rFonts w:ascii="Times New Roman" w:hAnsi="Times New Roman" w:cs="Times New Roman"/>
          <w:sz w:val="22"/>
        </w:rPr>
        <w:t>tema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tecnológico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a </w:t>
      </w:r>
      <w:proofErr w:type="spellStart"/>
      <w:r w:rsidRPr="00287918">
        <w:rPr>
          <w:rFonts w:ascii="Times New Roman" w:hAnsi="Times New Roman" w:cs="Times New Roman"/>
          <w:sz w:val="22"/>
        </w:rPr>
        <w:t>convertirse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una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prioridad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transformación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digital y </w:t>
      </w:r>
      <w:proofErr w:type="spellStart"/>
      <w:r w:rsidRPr="00287918">
        <w:rPr>
          <w:rFonts w:ascii="Times New Roman" w:hAnsi="Times New Roman" w:cs="Times New Roman"/>
          <w:sz w:val="22"/>
        </w:rPr>
        <w:t>desarrollo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nacional</w:t>
      </w:r>
      <w:proofErr w:type="spellEnd"/>
      <w:r w:rsidRPr="00287918">
        <w:rPr>
          <w:rFonts w:ascii="Times New Roman" w:hAnsi="Times New Roman" w:cs="Times New Roman"/>
          <w:sz w:val="22"/>
        </w:rPr>
        <w:t>.</w:t>
      </w:r>
    </w:p>
    <w:p w14:paraId="78B54FFB" w14:textId="77777777" w:rsidR="0097094B" w:rsidRPr="00287918" w:rsidRDefault="0097094B" w:rsidP="0097094B">
      <w:pPr>
        <w:spacing w:line="360" w:lineRule="auto"/>
        <w:rPr>
          <w:rFonts w:ascii="Times New Roman" w:hAnsi="Times New Roman" w:cs="Times New Roman"/>
          <w:sz w:val="22"/>
        </w:rPr>
      </w:pPr>
      <w:r w:rsidRPr="00287918">
        <w:rPr>
          <w:rFonts w:ascii="Times New Roman" w:hAnsi="Times New Roman" w:cs="Times New Roman"/>
          <w:sz w:val="22"/>
        </w:rPr>
        <w:t xml:space="preserve">2. La Ley N.° 31814, </w:t>
      </w:r>
      <w:proofErr w:type="spellStart"/>
      <w:r w:rsidRPr="00287918">
        <w:rPr>
          <w:rFonts w:ascii="Times New Roman" w:hAnsi="Times New Roman" w:cs="Times New Roman"/>
          <w:sz w:val="22"/>
        </w:rPr>
        <w:t>aprobada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2023, y </w:t>
      </w:r>
      <w:proofErr w:type="spellStart"/>
      <w:r w:rsidRPr="00287918">
        <w:rPr>
          <w:rFonts w:ascii="Times New Roman" w:hAnsi="Times New Roman" w:cs="Times New Roman"/>
          <w:sz w:val="22"/>
        </w:rPr>
        <w:t>su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reglamento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2025 </w:t>
      </w:r>
      <w:proofErr w:type="spellStart"/>
      <w:r w:rsidRPr="00287918">
        <w:rPr>
          <w:rFonts w:ascii="Times New Roman" w:hAnsi="Times New Roman" w:cs="Times New Roman"/>
          <w:sz w:val="22"/>
        </w:rPr>
        <w:t>constituyen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bases </w:t>
      </w:r>
      <w:proofErr w:type="spellStart"/>
      <w:r w:rsidRPr="00287918">
        <w:rPr>
          <w:rFonts w:ascii="Times New Roman" w:hAnsi="Times New Roman" w:cs="Times New Roman"/>
          <w:sz w:val="22"/>
        </w:rPr>
        <w:t>importantes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para </w:t>
      </w:r>
      <w:proofErr w:type="spellStart"/>
      <w:r w:rsidRPr="00287918">
        <w:rPr>
          <w:rFonts w:ascii="Times New Roman" w:hAnsi="Times New Roman" w:cs="Times New Roman"/>
          <w:sz w:val="22"/>
        </w:rPr>
        <w:t>orientar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el </w:t>
      </w:r>
      <w:proofErr w:type="spellStart"/>
      <w:r w:rsidRPr="00287918">
        <w:rPr>
          <w:rFonts w:ascii="Times New Roman" w:hAnsi="Times New Roman" w:cs="Times New Roman"/>
          <w:sz w:val="22"/>
        </w:rPr>
        <w:t>desarrollo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uso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responsable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la IA, con </w:t>
      </w:r>
      <w:proofErr w:type="spellStart"/>
      <w:r w:rsidRPr="00287918">
        <w:rPr>
          <w:rFonts w:ascii="Times New Roman" w:hAnsi="Times New Roman" w:cs="Times New Roman"/>
          <w:sz w:val="22"/>
        </w:rPr>
        <w:t>énfasis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seguridad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ética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transparencia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derechos </w:t>
      </w:r>
      <w:proofErr w:type="spellStart"/>
      <w:r w:rsidRPr="00287918">
        <w:rPr>
          <w:rFonts w:ascii="Times New Roman" w:hAnsi="Times New Roman" w:cs="Times New Roman"/>
          <w:sz w:val="22"/>
        </w:rPr>
        <w:t>humanos</w:t>
      </w:r>
      <w:proofErr w:type="spellEnd"/>
      <w:r w:rsidRPr="00287918">
        <w:rPr>
          <w:rFonts w:ascii="Times New Roman" w:hAnsi="Times New Roman" w:cs="Times New Roman"/>
          <w:sz w:val="22"/>
        </w:rPr>
        <w:t>.</w:t>
      </w:r>
    </w:p>
    <w:p w14:paraId="5ECA45D2" w14:textId="77777777" w:rsidR="0097094B" w:rsidRPr="00287918" w:rsidRDefault="0097094B" w:rsidP="0097094B">
      <w:pPr>
        <w:spacing w:line="360" w:lineRule="auto"/>
        <w:rPr>
          <w:rFonts w:ascii="Times New Roman" w:hAnsi="Times New Roman" w:cs="Times New Roman"/>
          <w:sz w:val="22"/>
        </w:rPr>
      </w:pPr>
      <w:r w:rsidRPr="00287918">
        <w:rPr>
          <w:rFonts w:ascii="Times New Roman" w:hAnsi="Times New Roman" w:cs="Times New Roman"/>
          <w:sz w:val="22"/>
        </w:rPr>
        <w:t xml:space="preserve">3. La IA </w:t>
      </w:r>
      <w:proofErr w:type="spellStart"/>
      <w:r w:rsidRPr="00287918">
        <w:rPr>
          <w:rFonts w:ascii="Times New Roman" w:hAnsi="Times New Roman" w:cs="Times New Roman"/>
          <w:sz w:val="22"/>
        </w:rPr>
        <w:t>ofrece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oportunidades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concretas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para la </w:t>
      </w:r>
      <w:proofErr w:type="spellStart"/>
      <w:r w:rsidRPr="00287918">
        <w:rPr>
          <w:rFonts w:ascii="Times New Roman" w:hAnsi="Times New Roman" w:cs="Times New Roman"/>
          <w:sz w:val="22"/>
        </w:rPr>
        <w:t>educación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salud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justicia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agricultura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servicios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públicos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emprendimiento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; sin embargo, sus </w:t>
      </w:r>
      <w:proofErr w:type="spellStart"/>
      <w:r w:rsidRPr="00287918">
        <w:rPr>
          <w:rFonts w:ascii="Times New Roman" w:hAnsi="Times New Roman" w:cs="Times New Roman"/>
          <w:sz w:val="22"/>
        </w:rPr>
        <w:t>beneficios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dependen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la </w:t>
      </w:r>
      <w:proofErr w:type="spellStart"/>
      <w:r w:rsidRPr="00287918">
        <w:rPr>
          <w:rFonts w:ascii="Times New Roman" w:hAnsi="Times New Roman" w:cs="Times New Roman"/>
          <w:sz w:val="22"/>
        </w:rPr>
        <w:t>disponibilidad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infraestructura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datos y </w:t>
      </w:r>
      <w:proofErr w:type="spellStart"/>
      <w:r w:rsidRPr="00287918">
        <w:rPr>
          <w:rFonts w:ascii="Times New Roman" w:hAnsi="Times New Roman" w:cs="Times New Roman"/>
          <w:sz w:val="22"/>
        </w:rPr>
        <w:t>profesionales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capacitados</w:t>
      </w:r>
      <w:proofErr w:type="spellEnd"/>
      <w:r w:rsidRPr="00287918">
        <w:rPr>
          <w:rFonts w:ascii="Times New Roman" w:hAnsi="Times New Roman" w:cs="Times New Roman"/>
          <w:sz w:val="22"/>
        </w:rPr>
        <w:t>.</w:t>
      </w:r>
    </w:p>
    <w:p w14:paraId="10E5756A" w14:textId="77777777" w:rsidR="0097094B" w:rsidRPr="00287918" w:rsidRDefault="0097094B" w:rsidP="0097094B">
      <w:pPr>
        <w:spacing w:line="360" w:lineRule="auto"/>
        <w:rPr>
          <w:rFonts w:ascii="Times New Roman" w:hAnsi="Times New Roman" w:cs="Times New Roman"/>
          <w:sz w:val="22"/>
        </w:rPr>
      </w:pPr>
      <w:r w:rsidRPr="00287918">
        <w:rPr>
          <w:rFonts w:ascii="Times New Roman" w:hAnsi="Times New Roman" w:cs="Times New Roman"/>
          <w:sz w:val="22"/>
        </w:rPr>
        <w:t xml:space="preserve">4. El principal </w:t>
      </w:r>
      <w:proofErr w:type="spellStart"/>
      <w:r w:rsidRPr="00287918">
        <w:rPr>
          <w:rFonts w:ascii="Times New Roman" w:hAnsi="Times New Roman" w:cs="Times New Roman"/>
          <w:sz w:val="22"/>
        </w:rPr>
        <w:t>desafío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peruano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consiste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reducir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la </w:t>
      </w:r>
      <w:proofErr w:type="spellStart"/>
      <w:r w:rsidRPr="00287918">
        <w:rPr>
          <w:rFonts w:ascii="Times New Roman" w:hAnsi="Times New Roman" w:cs="Times New Roman"/>
          <w:sz w:val="22"/>
        </w:rPr>
        <w:t>brecha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digital y </w:t>
      </w:r>
      <w:proofErr w:type="spellStart"/>
      <w:r w:rsidRPr="00287918">
        <w:rPr>
          <w:rFonts w:ascii="Times New Roman" w:hAnsi="Times New Roman" w:cs="Times New Roman"/>
          <w:sz w:val="22"/>
        </w:rPr>
        <w:t>fortalecer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las </w:t>
      </w:r>
      <w:proofErr w:type="spellStart"/>
      <w:r w:rsidRPr="00287918">
        <w:rPr>
          <w:rFonts w:ascii="Times New Roman" w:hAnsi="Times New Roman" w:cs="Times New Roman"/>
          <w:sz w:val="22"/>
        </w:rPr>
        <w:t>capacidades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la población para </w:t>
      </w:r>
      <w:proofErr w:type="spellStart"/>
      <w:r w:rsidRPr="00287918">
        <w:rPr>
          <w:rFonts w:ascii="Times New Roman" w:hAnsi="Times New Roman" w:cs="Times New Roman"/>
          <w:sz w:val="22"/>
        </w:rPr>
        <w:t>que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la </w:t>
      </w:r>
      <w:proofErr w:type="spellStart"/>
      <w:r w:rsidRPr="00287918">
        <w:rPr>
          <w:rFonts w:ascii="Times New Roman" w:hAnsi="Times New Roman" w:cs="Times New Roman"/>
          <w:sz w:val="22"/>
        </w:rPr>
        <w:t>adopción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IA sea </w:t>
      </w:r>
      <w:proofErr w:type="spellStart"/>
      <w:r w:rsidRPr="00287918">
        <w:rPr>
          <w:rFonts w:ascii="Times New Roman" w:hAnsi="Times New Roman" w:cs="Times New Roman"/>
          <w:sz w:val="22"/>
        </w:rPr>
        <w:t>inclusiva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no </w:t>
      </w:r>
      <w:proofErr w:type="spellStart"/>
      <w:r w:rsidRPr="00287918">
        <w:rPr>
          <w:rFonts w:ascii="Times New Roman" w:hAnsi="Times New Roman" w:cs="Times New Roman"/>
          <w:sz w:val="22"/>
        </w:rPr>
        <w:t>aumente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las </w:t>
      </w:r>
      <w:proofErr w:type="spellStart"/>
      <w:r w:rsidRPr="00287918">
        <w:rPr>
          <w:rFonts w:ascii="Times New Roman" w:hAnsi="Times New Roman" w:cs="Times New Roman"/>
          <w:sz w:val="22"/>
        </w:rPr>
        <w:t>desigualdades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existentes</w:t>
      </w:r>
      <w:proofErr w:type="spellEnd"/>
      <w:r w:rsidRPr="00287918">
        <w:rPr>
          <w:rFonts w:ascii="Times New Roman" w:hAnsi="Times New Roman" w:cs="Times New Roman"/>
          <w:sz w:val="22"/>
        </w:rPr>
        <w:t>.</w:t>
      </w:r>
    </w:p>
    <w:p w14:paraId="4DD61B1B" w14:textId="77777777" w:rsidR="0097094B" w:rsidRPr="00287918" w:rsidRDefault="0097094B" w:rsidP="0097094B">
      <w:pPr>
        <w:spacing w:line="360" w:lineRule="auto"/>
        <w:rPr>
          <w:rFonts w:ascii="Times New Roman" w:hAnsi="Times New Roman" w:cs="Times New Roman"/>
          <w:sz w:val="22"/>
        </w:rPr>
      </w:pPr>
      <w:r w:rsidRPr="00287918">
        <w:rPr>
          <w:rFonts w:ascii="Times New Roman" w:hAnsi="Times New Roman" w:cs="Times New Roman"/>
          <w:sz w:val="22"/>
        </w:rPr>
        <w:lastRenderedPageBreak/>
        <w:t xml:space="preserve">5. La </w:t>
      </w:r>
      <w:proofErr w:type="spellStart"/>
      <w:r w:rsidRPr="00287918">
        <w:rPr>
          <w:rFonts w:ascii="Times New Roman" w:hAnsi="Times New Roman" w:cs="Times New Roman"/>
          <w:sz w:val="22"/>
        </w:rPr>
        <w:t>perspectiva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hacia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los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próximos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años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es de mayor </w:t>
      </w:r>
      <w:proofErr w:type="spellStart"/>
      <w:r w:rsidRPr="00287918">
        <w:rPr>
          <w:rFonts w:ascii="Times New Roman" w:hAnsi="Times New Roman" w:cs="Times New Roman"/>
          <w:sz w:val="22"/>
        </w:rPr>
        <w:t>integración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la IA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el Estado y la </w:t>
      </w:r>
      <w:proofErr w:type="spellStart"/>
      <w:r w:rsidRPr="00287918">
        <w:rPr>
          <w:rFonts w:ascii="Times New Roman" w:hAnsi="Times New Roman" w:cs="Times New Roman"/>
          <w:sz w:val="22"/>
        </w:rPr>
        <w:t>sociedad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. La </w:t>
      </w:r>
      <w:proofErr w:type="spellStart"/>
      <w:r w:rsidRPr="00287918">
        <w:rPr>
          <w:rFonts w:ascii="Times New Roman" w:hAnsi="Times New Roman" w:cs="Times New Roman"/>
          <w:sz w:val="22"/>
        </w:rPr>
        <w:t>Estrategia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Nacional de </w:t>
      </w:r>
      <w:proofErr w:type="spellStart"/>
      <w:r w:rsidRPr="00287918">
        <w:rPr>
          <w:rFonts w:ascii="Times New Roman" w:hAnsi="Times New Roman" w:cs="Times New Roman"/>
          <w:sz w:val="22"/>
        </w:rPr>
        <w:t>Inteligencia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Artificial 2026–2030 </w:t>
      </w:r>
      <w:proofErr w:type="spellStart"/>
      <w:r w:rsidRPr="00287918">
        <w:rPr>
          <w:rFonts w:ascii="Times New Roman" w:hAnsi="Times New Roman" w:cs="Times New Roman"/>
          <w:sz w:val="22"/>
        </w:rPr>
        <w:t>representa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un paso para </w:t>
      </w:r>
      <w:proofErr w:type="spellStart"/>
      <w:r w:rsidRPr="00287918">
        <w:rPr>
          <w:rFonts w:ascii="Times New Roman" w:hAnsi="Times New Roman" w:cs="Times New Roman"/>
          <w:sz w:val="22"/>
        </w:rPr>
        <w:t>organizar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estas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acciones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orientar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el </w:t>
      </w:r>
      <w:proofErr w:type="spellStart"/>
      <w:r w:rsidRPr="00287918">
        <w:rPr>
          <w:rFonts w:ascii="Times New Roman" w:hAnsi="Times New Roman" w:cs="Times New Roman"/>
          <w:sz w:val="22"/>
        </w:rPr>
        <w:t>desarrollo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un </w:t>
      </w:r>
      <w:proofErr w:type="spellStart"/>
      <w:r w:rsidRPr="00287918">
        <w:rPr>
          <w:rFonts w:ascii="Times New Roman" w:hAnsi="Times New Roman" w:cs="Times New Roman"/>
          <w:sz w:val="22"/>
        </w:rPr>
        <w:t>ecosistema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nacional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IA.</w:t>
      </w:r>
    </w:p>
    <w:p w14:paraId="450964B8" w14:textId="77777777" w:rsidR="0097094B" w:rsidRDefault="0097094B">
      <w:pPr>
        <w:spacing w:after="200" w:line="276" w:lineRule="auto"/>
        <w:rPr>
          <w:rFonts w:ascii="Times New Roman" w:eastAsiaTheme="majorEastAsia" w:hAnsi="Times New Roman" w:cs="Times New Roman"/>
          <w:b/>
          <w:bCs/>
          <w:sz w:val="22"/>
        </w:rPr>
      </w:pPr>
      <w:r>
        <w:rPr>
          <w:rFonts w:cs="Times New Roman"/>
          <w:sz w:val="22"/>
        </w:rPr>
        <w:br w:type="page"/>
      </w:r>
    </w:p>
    <w:p w14:paraId="76A65AE4" w14:textId="29DAAC1C" w:rsidR="00D37D2D" w:rsidRPr="00287918" w:rsidRDefault="004519AB" w:rsidP="00287918">
      <w:pPr>
        <w:pStyle w:val="Ttulo1"/>
        <w:rPr>
          <w:rFonts w:cs="Times New Roman"/>
          <w:sz w:val="22"/>
          <w:szCs w:val="22"/>
        </w:rPr>
      </w:pPr>
      <w:bookmarkStart w:id="34" w:name="_Toc242217098"/>
      <w:r w:rsidRPr="00287918">
        <w:rPr>
          <w:rFonts w:cs="Times New Roman"/>
          <w:sz w:val="22"/>
          <w:szCs w:val="22"/>
        </w:rPr>
        <w:lastRenderedPageBreak/>
        <w:t>BIBLIOGRAFÍA</w:t>
      </w:r>
      <w:bookmarkEnd w:id="33"/>
      <w:bookmarkEnd w:id="34"/>
    </w:p>
    <w:p w14:paraId="66F9E1F9" w14:textId="77777777" w:rsidR="00D37D2D" w:rsidRPr="00287918" w:rsidRDefault="004519AB" w:rsidP="00287918">
      <w:pPr>
        <w:spacing w:line="360" w:lineRule="auto"/>
        <w:rPr>
          <w:rFonts w:ascii="Times New Roman" w:hAnsi="Times New Roman" w:cs="Times New Roman"/>
          <w:sz w:val="22"/>
        </w:rPr>
      </w:pPr>
      <w:r w:rsidRPr="00287918">
        <w:rPr>
          <w:rFonts w:ascii="Times New Roman" w:hAnsi="Times New Roman" w:cs="Times New Roman"/>
          <w:sz w:val="22"/>
        </w:rPr>
        <w:t xml:space="preserve">• Presidencia del Consejo de Ministros. (2026). </w:t>
      </w:r>
      <w:proofErr w:type="spellStart"/>
      <w:r w:rsidRPr="00287918">
        <w:rPr>
          <w:rFonts w:ascii="Times New Roman" w:hAnsi="Times New Roman" w:cs="Times New Roman"/>
          <w:sz w:val="22"/>
        </w:rPr>
        <w:t>Inteligencia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Artificial (IA)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Perú. Plataforma del Estado Peruano.</w:t>
      </w:r>
    </w:p>
    <w:p w14:paraId="1B5F051F" w14:textId="77777777" w:rsidR="00D37D2D" w:rsidRPr="00287918" w:rsidRDefault="004519AB" w:rsidP="00287918">
      <w:pPr>
        <w:spacing w:line="360" w:lineRule="auto"/>
        <w:rPr>
          <w:rFonts w:ascii="Times New Roman" w:hAnsi="Times New Roman" w:cs="Times New Roman"/>
          <w:sz w:val="22"/>
        </w:rPr>
      </w:pPr>
      <w:r w:rsidRPr="00287918">
        <w:rPr>
          <w:rFonts w:ascii="Times New Roman" w:hAnsi="Times New Roman" w:cs="Times New Roman"/>
          <w:sz w:val="22"/>
        </w:rPr>
        <w:t xml:space="preserve">• Presidencia del Consejo de Ministros. (2026). </w:t>
      </w:r>
      <w:proofErr w:type="spellStart"/>
      <w:r w:rsidRPr="00287918">
        <w:rPr>
          <w:rFonts w:ascii="Times New Roman" w:hAnsi="Times New Roman" w:cs="Times New Roman"/>
          <w:sz w:val="22"/>
        </w:rPr>
        <w:t>Estrategia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Nacional de </w:t>
      </w:r>
      <w:proofErr w:type="spellStart"/>
      <w:r w:rsidRPr="00287918">
        <w:rPr>
          <w:rFonts w:ascii="Times New Roman" w:hAnsi="Times New Roman" w:cs="Times New Roman"/>
          <w:sz w:val="22"/>
        </w:rPr>
        <w:t>Inteligencia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Artificial 2026–2030. Plataforma del Estado Peruano.</w:t>
      </w:r>
    </w:p>
    <w:p w14:paraId="27542CD0" w14:textId="77777777" w:rsidR="00D37D2D" w:rsidRPr="00287918" w:rsidRDefault="004519AB" w:rsidP="00287918">
      <w:pPr>
        <w:spacing w:line="360" w:lineRule="auto"/>
        <w:rPr>
          <w:rFonts w:ascii="Times New Roman" w:hAnsi="Times New Roman" w:cs="Times New Roman"/>
          <w:sz w:val="22"/>
        </w:rPr>
      </w:pPr>
      <w:r w:rsidRPr="00287918">
        <w:rPr>
          <w:rFonts w:ascii="Times New Roman" w:hAnsi="Times New Roman" w:cs="Times New Roman"/>
          <w:sz w:val="22"/>
        </w:rPr>
        <w:t xml:space="preserve">• Congreso de la República / El Peruano. (2023). Ley N.° 31814, Ley </w:t>
      </w:r>
      <w:proofErr w:type="spellStart"/>
      <w:r w:rsidRPr="00287918">
        <w:rPr>
          <w:rFonts w:ascii="Times New Roman" w:hAnsi="Times New Roman" w:cs="Times New Roman"/>
          <w:sz w:val="22"/>
        </w:rPr>
        <w:t>que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promueve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el </w:t>
      </w:r>
      <w:proofErr w:type="spellStart"/>
      <w:r w:rsidRPr="00287918">
        <w:rPr>
          <w:rFonts w:ascii="Times New Roman" w:hAnsi="Times New Roman" w:cs="Times New Roman"/>
          <w:sz w:val="22"/>
        </w:rPr>
        <w:t>uso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la </w:t>
      </w:r>
      <w:proofErr w:type="spellStart"/>
      <w:r w:rsidRPr="00287918">
        <w:rPr>
          <w:rFonts w:ascii="Times New Roman" w:hAnsi="Times New Roman" w:cs="Times New Roman"/>
          <w:sz w:val="22"/>
        </w:rPr>
        <w:t>inteligencia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artificial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favor del </w:t>
      </w:r>
      <w:proofErr w:type="spellStart"/>
      <w:r w:rsidRPr="00287918">
        <w:rPr>
          <w:rFonts w:ascii="Times New Roman" w:hAnsi="Times New Roman" w:cs="Times New Roman"/>
          <w:sz w:val="22"/>
        </w:rPr>
        <w:t>desarrollo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económico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social del </w:t>
      </w:r>
      <w:proofErr w:type="spellStart"/>
      <w:r w:rsidRPr="00287918">
        <w:rPr>
          <w:rFonts w:ascii="Times New Roman" w:hAnsi="Times New Roman" w:cs="Times New Roman"/>
          <w:sz w:val="22"/>
        </w:rPr>
        <w:t>país</w:t>
      </w:r>
      <w:proofErr w:type="spellEnd"/>
      <w:r w:rsidRPr="00287918">
        <w:rPr>
          <w:rFonts w:ascii="Times New Roman" w:hAnsi="Times New Roman" w:cs="Times New Roman"/>
          <w:sz w:val="22"/>
        </w:rPr>
        <w:t>.</w:t>
      </w:r>
    </w:p>
    <w:p w14:paraId="6347E407" w14:textId="77777777" w:rsidR="00D37D2D" w:rsidRPr="00287918" w:rsidRDefault="004519AB" w:rsidP="00287918">
      <w:pPr>
        <w:spacing w:line="360" w:lineRule="auto"/>
        <w:rPr>
          <w:rFonts w:ascii="Times New Roman" w:hAnsi="Times New Roman" w:cs="Times New Roman"/>
          <w:sz w:val="22"/>
        </w:rPr>
      </w:pPr>
      <w:r w:rsidRPr="00287918">
        <w:rPr>
          <w:rFonts w:ascii="Times New Roman" w:hAnsi="Times New Roman" w:cs="Times New Roman"/>
          <w:sz w:val="22"/>
        </w:rPr>
        <w:t xml:space="preserve">• Presidencia del Consejo de Ministros. (2025). </w:t>
      </w:r>
      <w:proofErr w:type="spellStart"/>
      <w:r w:rsidRPr="00287918">
        <w:rPr>
          <w:rFonts w:ascii="Times New Roman" w:hAnsi="Times New Roman" w:cs="Times New Roman"/>
          <w:sz w:val="22"/>
        </w:rPr>
        <w:t>Conoce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el </w:t>
      </w:r>
      <w:proofErr w:type="spellStart"/>
      <w:r w:rsidRPr="00287918">
        <w:rPr>
          <w:rFonts w:ascii="Times New Roman" w:hAnsi="Times New Roman" w:cs="Times New Roman"/>
          <w:sz w:val="22"/>
        </w:rPr>
        <w:t>Reglamento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la Ley de </w:t>
      </w:r>
      <w:proofErr w:type="spellStart"/>
      <w:r w:rsidRPr="00287918">
        <w:rPr>
          <w:rFonts w:ascii="Times New Roman" w:hAnsi="Times New Roman" w:cs="Times New Roman"/>
          <w:sz w:val="22"/>
        </w:rPr>
        <w:t>inteligencia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artificial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el Perú.</w:t>
      </w:r>
    </w:p>
    <w:p w14:paraId="5803D0C9" w14:textId="77777777" w:rsidR="00D37D2D" w:rsidRPr="00287918" w:rsidRDefault="004519AB" w:rsidP="00287918">
      <w:pPr>
        <w:spacing w:line="360" w:lineRule="auto"/>
        <w:rPr>
          <w:rFonts w:ascii="Times New Roman" w:hAnsi="Times New Roman" w:cs="Times New Roman"/>
          <w:sz w:val="22"/>
        </w:rPr>
      </w:pPr>
      <w:r w:rsidRPr="00287918">
        <w:rPr>
          <w:rFonts w:ascii="Times New Roman" w:hAnsi="Times New Roman" w:cs="Times New Roman"/>
          <w:sz w:val="22"/>
        </w:rPr>
        <w:t xml:space="preserve">• Presidencia del Consejo de Ministros. (2025). </w:t>
      </w:r>
      <w:proofErr w:type="spellStart"/>
      <w:r w:rsidRPr="00287918">
        <w:rPr>
          <w:rFonts w:ascii="Times New Roman" w:hAnsi="Times New Roman" w:cs="Times New Roman"/>
          <w:sz w:val="22"/>
        </w:rPr>
        <w:t>Índices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internacionales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Inteligencia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Artificial.</w:t>
      </w:r>
    </w:p>
    <w:p w14:paraId="256D8C9B" w14:textId="77777777" w:rsidR="00D37D2D" w:rsidRPr="00287918" w:rsidRDefault="004519AB" w:rsidP="00287918">
      <w:pPr>
        <w:spacing w:line="360" w:lineRule="auto"/>
        <w:rPr>
          <w:rFonts w:ascii="Times New Roman" w:hAnsi="Times New Roman" w:cs="Times New Roman"/>
          <w:sz w:val="22"/>
        </w:rPr>
      </w:pPr>
      <w:r w:rsidRPr="00287918">
        <w:rPr>
          <w:rFonts w:ascii="Times New Roman" w:hAnsi="Times New Roman" w:cs="Times New Roman"/>
          <w:sz w:val="22"/>
        </w:rPr>
        <w:t xml:space="preserve">• Presidencia del Consejo de Ministros. (2025). </w:t>
      </w:r>
      <w:proofErr w:type="spellStart"/>
      <w:r w:rsidRPr="00287918">
        <w:rPr>
          <w:rFonts w:ascii="Times New Roman" w:hAnsi="Times New Roman" w:cs="Times New Roman"/>
          <w:sz w:val="22"/>
        </w:rPr>
        <w:t>Informes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finales </w:t>
      </w:r>
      <w:proofErr w:type="spellStart"/>
      <w:r w:rsidRPr="00287918">
        <w:rPr>
          <w:rFonts w:ascii="Times New Roman" w:hAnsi="Times New Roman" w:cs="Times New Roman"/>
          <w:sz w:val="22"/>
        </w:rPr>
        <w:t>sobre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la </w:t>
      </w:r>
      <w:proofErr w:type="spellStart"/>
      <w:r w:rsidRPr="00287918">
        <w:rPr>
          <w:rFonts w:ascii="Times New Roman" w:hAnsi="Times New Roman" w:cs="Times New Roman"/>
          <w:sz w:val="22"/>
        </w:rPr>
        <w:t>estrategia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87918">
        <w:rPr>
          <w:rFonts w:ascii="Times New Roman" w:hAnsi="Times New Roman" w:cs="Times New Roman"/>
          <w:sz w:val="22"/>
        </w:rPr>
        <w:t>estándares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guías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la IA para </w:t>
      </w:r>
      <w:proofErr w:type="spellStart"/>
      <w:r w:rsidRPr="00287918">
        <w:rPr>
          <w:rFonts w:ascii="Times New Roman" w:hAnsi="Times New Roman" w:cs="Times New Roman"/>
          <w:sz w:val="22"/>
        </w:rPr>
        <w:t>Gobierno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Digital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el Perú.</w:t>
      </w:r>
    </w:p>
    <w:p w14:paraId="76B7EB20" w14:textId="77777777" w:rsidR="00D37D2D" w:rsidRPr="00287918" w:rsidRDefault="004519AB" w:rsidP="00287918">
      <w:pPr>
        <w:spacing w:line="360" w:lineRule="auto"/>
        <w:rPr>
          <w:rFonts w:ascii="Times New Roman" w:hAnsi="Times New Roman" w:cs="Times New Roman"/>
          <w:sz w:val="22"/>
        </w:rPr>
      </w:pPr>
      <w:r w:rsidRPr="00287918">
        <w:rPr>
          <w:rFonts w:ascii="Times New Roman" w:hAnsi="Times New Roman" w:cs="Times New Roman"/>
          <w:sz w:val="22"/>
        </w:rPr>
        <w:t xml:space="preserve">• </w:t>
      </w:r>
      <w:proofErr w:type="spellStart"/>
      <w:r w:rsidRPr="00287918">
        <w:rPr>
          <w:rFonts w:ascii="Times New Roman" w:hAnsi="Times New Roman" w:cs="Times New Roman"/>
          <w:sz w:val="22"/>
        </w:rPr>
        <w:t>Ministerio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Educación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del Perú. (2025). </w:t>
      </w:r>
      <w:proofErr w:type="spellStart"/>
      <w:r w:rsidRPr="00287918">
        <w:rPr>
          <w:rFonts w:ascii="Times New Roman" w:hAnsi="Times New Roman" w:cs="Times New Roman"/>
          <w:sz w:val="22"/>
        </w:rPr>
        <w:t>Minedu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capacita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a </w:t>
      </w:r>
      <w:proofErr w:type="spellStart"/>
      <w:r w:rsidRPr="00287918">
        <w:rPr>
          <w:rFonts w:ascii="Times New Roman" w:hAnsi="Times New Roman" w:cs="Times New Roman"/>
          <w:sz w:val="22"/>
        </w:rPr>
        <w:t>más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87 000 </w:t>
      </w:r>
      <w:proofErr w:type="spellStart"/>
      <w:r w:rsidRPr="00287918">
        <w:rPr>
          <w:rFonts w:ascii="Times New Roman" w:hAnsi="Times New Roman" w:cs="Times New Roman"/>
          <w:sz w:val="22"/>
        </w:rPr>
        <w:t>docentes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inteligencia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artificial </w:t>
      </w:r>
      <w:proofErr w:type="spellStart"/>
      <w:r w:rsidRPr="00287918">
        <w:rPr>
          <w:rFonts w:ascii="Times New Roman" w:hAnsi="Times New Roman" w:cs="Times New Roman"/>
          <w:sz w:val="22"/>
        </w:rPr>
        <w:t>en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el </w:t>
      </w:r>
      <w:proofErr w:type="spellStart"/>
      <w:r w:rsidRPr="00287918">
        <w:rPr>
          <w:rFonts w:ascii="Times New Roman" w:hAnsi="Times New Roman" w:cs="Times New Roman"/>
          <w:sz w:val="22"/>
        </w:rPr>
        <w:t>ámbito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nacional</w:t>
      </w:r>
      <w:proofErr w:type="spellEnd"/>
      <w:r w:rsidRPr="00287918">
        <w:rPr>
          <w:rFonts w:ascii="Times New Roman" w:hAnsi="Times New Roman" w:cs="Times New Roman"/>
          <w:sz w:val="22"/>
        </w:rPr>
        <w:t>.</w:t>
      </w:r>
    </w:p>
    <w:p w14:paraId="08C41C25" w14:textId="77777777" w:rsidR="00D37D2D" w:rsidRPr="00287918" w:rsidRDefault="004519AB" w:rsidP="00287918">
      <w:pPr>
        <w:spacing w:line="360" w:lineRule="auto"/>
        <w:rPr>
          <w:rFonts w:ascii="Times New Roman" w:hAnsi="Times New Roman" w:cs="Times New Roman"/>
          <w:sz w:val="22"/>
        </w:rPr>
      </w:pPr>
      <w:proofErr w:type="spellStart"/>
      <w:r w:rsidRPr="00287918">
        <w:rPr>
          <w:rFonts w:ascii="Times New Roman" w:hAnsi="Times New Roman" w:cs="Times New Roman"/>
          <w:sz w:val="22"/>
        </w:rPr>
        <w:t>Nota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: La </w:t>
      </w:r>
      <w:proofErr w:type="spellStart"/>
      <w:r w:rsidRPr="00287918">
        <w:rPr>
          <w:rFonts w:ascii="Times New Roman" w:hAnsi="Times New Roman" w:cs="Times New Roman"/>
          <w:sz w:val="22"/>
        </w:rPr>
        <w:t>información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se ha </w:t>
      </w:r>
      <w:proofErr w:type="spellStart"/>
      <w:r w:rsidRPr="00287918">
        <w:rPr>
          <w:rFonts w:ascii="Times New Roman" w:hAnsi="Times New Roman" w:cs="Times New Roman"/>
          <w:sz w:val="22"/>
        </w:rPr>
        <w:t>sintetizado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a </w:t>
      </w:r>
      <w:proofErr w:type="spellStart"/>
      <w:r w:rsidRPr="00287918">
        <w:rPr>
          <w:rFonts w:ascii="Times New Roman" w:hAnsi="Times New Roman" w:cs="Times New Roman"/>
          <w:sz w:val="22"/>
        </w:rPr>
        <w:t>partir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fuentes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institucionales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peruanas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y </w:t>
      </w:r>
      <w:proofErr w:type="spellStart"/>
      <w:r w:rsidRPr="00287918">
        <w:rPr>
          <w:rFonts w:ascii="Times New Roman" w:hAnsi="Times New Roman" w:cs="Times New Roman"/>
          <w:sz w:val="22"/>
        </w:rPr>
        <w:t>documentos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oficiales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consultados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para </w:t>
      </w:r>
      <w:proofErr w:type="spellStart"/>
      <w:r w:rsidRPr="00287918">
        <w:rPr>
          <w:rFonts w:ascii="Times New Roman" w:hAnsi="Times New Roman" w:cs="Times New Roman"/>
          <w:sz w:val="22"/>
        </w:rPr>
        <w:t>esta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87918">
        <w:rPr>
          <w:rFonts w:ascii="Times New Roman" w:hAnsi="Times New Roman" w:cs="Times New Roman"/>
          <w:sz w:val="22"/>
        </w:rPr>
        <w:t>monografía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. La </w:t>
      </w:r>
      <w:proofErr w:type="spellStart"/>
      <w:r w:rsidRPr="00287918">
        <w:rPr>
          <w:rFonts w:ascii="Times New Roman" w:hAnsi="Times New Roman" w:cs="Times New Roman"/>
          <w:sz w:val="22"/>
        </w:rPr>
        <w:t>numeración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inferior </w:t>
      </w:r>
      <w:proofErr w:type="spellStart"/>
      <w:r w:rsidRPr="00287918">
        <w:rPr>
          <w:rFonts w:ascii="Times New Roman" w:hAnsi="Times New Roman" w:cs="Times New Roman"/>
          <w:sz w:val="22"/>
        </w:rPr>
        <w:t>corresponde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al </w:t>
      </w:r>
      <w:proofErr w:type="spellStart"/>
      <w:r w:rsidRPr="00287918">
        <w:rPr>
          <w:rFonts w:ascii="Times New Roman" w:hAnsi="Times New Roman" w:cs="Times New Roman"/>
          <w:sz w:val="22"/>
        </w:rPr>
        <w:t>número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287918">
        <w:rPr>
          <w:rFonts w:ascii="Times New Roman" w:hAnsi="Times New Roman" w:cs="Times New Roman"/>
          <w:sz w:val="22"/>
        </w:rPr>
        <w:t>página</w:t>
      </w:r>
      <w:proofErr w:type="spellEnd"/>
      <w:r w:rsidRPr="00287918">
        <w:rPr>
          <w:rFonts w:ascii="Times New Roman" w:hAnsi="Times New Roman" w:cs="Times New Roman"/>
          <w:sz w:val="22"/>
        </w:rPr>
        <w:t xml:space="preserve"> del </w:t>
      </w:r>
      <w:proofErr w:type="spellStart"/>
      <w:r w:rsidRPr="00287918">
        <w:rPr>
          <w:rFonts w:ascii="Times New Roman" w:hAnsi="Times New Roman" w:cs="Times New Roman"/>
          <w:sz w:val="22"/>
        </w:rPr>
        <w:t>documento</w:t>
      </w:r>
      <w:proofErr w:type="spellEnd"/>
      <w:r w:rsidRPr="00287918">
        <w:rPr>
          <w:rFonts w:ascii="Times New Roman" w:hAnsi="Times New Roman" w:cs="Times New Roman"/>
          <w:sz w:val="22"/>
        </w:rPr>
        <w:t>.</w:t>
      </w:r>
    </w:p>
    <w:sectPr w:rsidR="00D37D2D" w:rsidRPr="00287918" w:rsidSect="0097094B">
      <w:footerReference w:type="default" r:id="rId10"/>
      <w:pgSz w:w="12240" w:h="15840"/>
      <w:pgMar w:top="893" w:right="1037" w:bottom="792" w:left="1037" w:header="720" w:footer="720" w:gutter="0"/>
      <w:pgNumType w:fmt="upperLetter"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B8A617" w14:textId="77777777" w:rsidR="00EA733D" w:rsidRDefault="00EA733D">
      <w:pPr>
        <w:spacing w:after="0"/>
      </w:pPr>
      <w:r>
        <w:separator/>
      </w:r>
    </w:p>
  </w:endnote>
  <w:endnote w:type="continuationSeparator" w:id="0">
    <w:p w14:paraId="698607BA" w14:textId="77777777" w:rsidR="00EA733D" w:rsidRDefault="00EA733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A95A5" w14:textId="29108329" w:rsidR="008458FB" w:rsidRPr="008458FB" w:rsidRDefault="008458FB">
    <w:pPr>
      <w:pStyle w:val="Piedepgina"/>
      <w:jc w:val="right"/>
      <w:rPr>
        <w:b/>
        <w:bCs/>
      </w:rPr>
    </w:pPr>
  </w:p>
  <w:p w14:paraId="69CDDB39" w14:textId="77777777" w:rsidR="008458FB" w:rsidRDefault="008458F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3F3B83" w14:textId="77777777" w:rsidR="00EA733D" w:rsidRDefault="00EA733D">
      <w:pPr>
        <w:spacing w:after="0"/>
      </w:pPr>
      <w:r>
        <w:separator/>
      </w:r>
    </w:p>
  </w:footnote>
  <w:footnote w:type="continuationSeparator" w:id="0">
    <w:p w14:paraId="20AE6EAC" w14:textId="77777777" w:rsidR="00EA733D" w:rsidRDefault="00EA733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4103993">
    <w:abstractNumId w:val="8"/>
  </w:num>
  <w:num w:numId="2" w16cid:durableId="1902868740">
    <w:abstractNumId w:val="6"/>
  </w:num>
  <w:num w:numId="3" w16cid:durableId="1058435489">
    <w:abstractNumId w:val="5"/>
  </w:num>
  <w:num w:numId="4" w16cid:durableId="1923492990">
    <w:abstractNumId w:val="4"/>
  </w:num>
  <w:num w:numId="5" w16cid:durableId="1158495503">
    <w:abstractNumId w:val="7"/>
  </w:num>
  <w:num w:numId="6" w16cid:durableId="1302344672">
    <w:abstractNumId w:val="3"/>
  </w:num>
  <w:num w:numId="7" w16cid:durableId="996149213">
    <w:abstractNumId w:val="2"/>
  </w:num>
  <w:num w:numId="8" w16cid:durableId="1180655231">
    <w:abstractNumId w:val="1"/>
  </w:num>
  <w:num w:numId="9" w16cid:durableId="175659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5558A"/>
    <w:rsid w:val="00251FF0"/>
    <w:rsid w:val="00287918"/>
    <w:rsid w:val="0029639D"/>
    <w:rsid w:val="00326F90"/>
    <w:rsid w:val="00450532"/>
    <w:rsid w:val="004519AB"/>
    <w:rsid w:val="006076AE"/>
    <w:rsid w:val="006F6067"/>
    <w:rsid w:val="007D50F1"/>
    <w:rsid w:val="008121C6"/>
    <w:rsid w:val="008458FB"/>
    <w:rsid w:val="00907FC5"/>
    <w:rsid w:val="0097094B"/>
    <w:rsid w:val="00AA1D8D"/>
    <w:rsid w:val="00B17F7E"/>
    <w:rsid w:val="00B47730"/>
    <w:rsid w:val="00CB0664"/>
    <w:rsid w:val="00D37D2D"/>
    <w:rsid w:val="00EA733D"/>
    <w:rsid w:val="00ED67D0"/>
    <w:rsid w:val="00FC55A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6E2B3AEA"/>
  <w14:defaultImageDpi w14:val="300"/>
  <w15:docId w15:val="{650E3FE2-55F9-4C5B-A746-DD4C0FA75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Arial" w:hAnsi="Arial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907FC5"/>
    <w:pPr>
      <w:keepNext/>
      <w:keepLines/>
      <w:spacing w:before="40" w:line="360" w:lineRule="auto"/>
      <w:jc w:val="center"/>
      <w:outlineLvl w:val="0"/>
    </w:pPr>
    <w:rPr>
      <w:rFonts w:ascii="Times New Roman" w:eastAsiaTheme="majorEastAsia" w:hAnsi="Times New Roman" w:cstheme="majorBidi"/>
      <w:b/>
      <w:bCs/>
      <w:sz w:val="32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07FC5"/>
    <w:pPr>
      <w:keepNext/>
      <w:keepLines/>
      <w:spacing w:before="200" w:after="0"/>
      <w:outlineLvl w:val="1"/>
    </w:pPr>
    <w:rPr>
      <w:rFonts w:ascii="Times New Roman" w:eastAsiaTheme="majorEastAsia" w:hAnsi="Times New Roman" w:cstheme="majorBidi"/>
      <w:b/>
      <w:bCs/>
      <w:sz w:val="2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8458FB"/>
    <w:pPr>
      <w:keepNext/>
      <w:keepLines/>
      <w:spacing w:before="200" w:after="0"/>
      <w:outlineLvl w:val="2"/>
    </w:pPr>
    <w:rPr>
      <w:rFonts w:ascii="Times New Roman" w:eastAsiaTheme="majorEastAsia" w:hAnsi="Times New Roman" w:cstheme="majorBidi"/>
      <w:bCs/>
      <w:color w:val="EE0000"/>
      <w:sz w:val="24"/>
      <w:u w:val="single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907FC5"/>
    <w:rPr>
      <w:rFonts w:ascii="Times New Roman" w:eastAsiaTheme="majorEastAsia" w:hAnsi="Times New Roman" w:cstheme="majorBidi"/>
      <w:b/>
      <w:bCs/>
      <w:sz w:val="32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907FC5"/>
    <w:rPr>
      <w:rFonts w:ascii="Times New Roman" w:eastAsiaTheme="majorEastAsia" w:hAnsi="Times New Roman" w:cstheme="majorBidi"/>
      <w:b/>
      <w:bCs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8458FB"/>
    <w:rPr>
      <w:rFonts w:ascii="Times New Roman" w:eastAsiaTheme="majorEastAsia" w:hAnsi="Times New Roman" w:cstheme="majorBidi"/>
      <w:bCs/>
      <w:color w:val="EE0000"/>
      <w:sz w:val="24"/>
      <w:u w:val="single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DC1">
    <w:name w:val="toc 1"/>
    <w:basedOn w:val="Normal"/>
    <w:next w:val="Normal"/>
    <w:autoRedefine/>
    <w:uiPriority w:val="39"/>
    <w:unhideWhenUsed/>
    <w:rsid w:val="008458FB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8458FB"/>
    <w:pPr>
      <w:spacing w:after="100"/>
      <w:ind w:left="180"/>
    </w:pPr>
  </w:style>
  <w:style w:type="paragraph" w:styleId="TDC3">
    <w:name w:val="toc 3"/>
    <w:basedOn w:val="Normal"/>
    <w:next w:val="Normal"/>
    <w:autoRedefine/>
    <w:uiPriority w:val="39"/>
    <w:unhideWhenUsed/>
    <w:rsid w:val="008458FB"/>
    <w:pPr>
      <w:spacing w:after="100"/>
      <w:ind w:left="360"/>
    </w:pPr>
  </w:style>
  <w:style w:type="character" w:styleId="Hipervnculo">
    <w:name w:val="Hyperlink"/>
    <w:basedOn w:val="Fuentedeprrafopredeter"/>
    <w:uiPriority w:val="99"/>
    <w:unhideWhenUsed/>
    <w:rsid w:val="008458F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1819</Words>
  <Characters>10005</Characters>
  <Application>Microsoft Office Word</Application>
  <DocSecurity>0</DocSecurity>
  <Lines>83</Lines>
  <Paragraphs>23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11801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MASTER</cp:lastModifiedBy>
  <cp:revision>2</cp:revision>
  <dcterms:created xsi:type="dcterms:W3CDTF">2026-10-07T03:14:00Z</dcterms:created>
  <dcterms:modified xsi:type="dcterms:W3CDTF">2026-10-07T03:14:00Z</dcterms:modified>
  <cp:category/>
</cp:coreProperties>
</file>